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C0C9D" w14:textId="77777777" w:rsidR="0083297D" w:rsidRDefault="00000000">
      <w:pPr>
        <w:pStyle w:val="Titel"/>
        <w:spacing w:after="120"/>
        <w:jc w:val="center"/>
      </w:pPr>
      <w:r>
        <w:t>Privacyverklaring Psychologiepraktijk Haarlem</w:t>
      </w:r>
    </w:p>
    <w:p w14:paraId="540CBFDF" w14:textId="2EF7D19D" w:rsidR="0083297D" w:rsidRDefault="00000000">
      <w:pPr>
        <w:spacing w:after="120"/>
        <w:jc w:val="center"/>
      </w:pPr>
      <w:r>
        <w:rPr>
          <w:b/>
        </w:rPr>
        <w:t>Versie 1.0</w:t>
      </w:r>
      <w:r>
        <w:rPr>
          <w:b/>
        </w:rPr>
        <w:br/>
      </w:r>
      <w:r>
        <w:t>Laatst bijgewerkt: juli 2026</w:t>
      </w:r>
      <w:r>
        <w:br/>
      </w:r>
    </w:p>
    <w:p w14:paraId="0829A9E1" w14:textId="77777777" w:rsidR="0083297D" w:rsidRDefault="00000000">
      <w:pPr>
        <w:spacing w:after="120"/>
      </w:pPr>
      <w:r>
        <w:t>Bij Psychologiepraktijk Haarlem staat een zorgvuldige omgang met persoonsgegevens centraal. Tijdens psychologische behandeling worden vaak persoonlijke en vertrouwelijke gegevens gedeeld. U moet erop kunnen vertrouwen dat deze gegevens zorgvuldig, veilig en alleen voor passende doelen worden gebruikt. In deze privacyverklaring leest u welke persoonsgegevens Psychologiepraktijk Haarlem verwerkt, waarom dit gebeurt, met wie gegevens eventueel worden gedeeld, hoe lang gegevens worden bewaard en welke rechten u heeft.</w:t>
      </w:r>
    </w:p>
    <w:p w14:paraId="4166C460" w14:textId="77777777" w:rsidR="0083297D" w:rsidRDefault="00000000">
      <w:pPr>
        <w:spacing w:after="120"/>
      </w:pPr>
      <w:r>
        <w:t>Psychologiepraktijk Haarlem, vertegenwoordigd door Monique Zijta, GZ-psycholoog, is verwerkingsverantwoordelijke voor de verwerking van persoonsgegevens zoals beschreven in deze privacyverklaring. De praktijk is gevestigd in Haarlem en staat ingeschreven bij de Kamer van Koophandel onder nummer 42076991. Monique Zijta is als GZ-psycholoog geregistreerd in het BIG-register onder nummer 29935821525.</w:t>
      </w:r>
    </w:p>
    <w:p w14:paraId="1E887417" w14:textId="77777777" w:rsidR="0083297D" w:rsidRDefault="00000000">
      <w:pPr>
        <w:pStyle w:val="Kop1"/>
        <w:spacing w:after="120"/>
      </w:pPr>
      <w:r>
        <w:t>Praktijkgegevens</w:t>
      </w:r>
    </w:p>
    <w:tbl>
      <w:tblPr>
        <w:tblStyle w:val="Tabelraster"/>
        <w:tblW w:w="0" w:type="auto"/>
        <w:tblLook w:val="04A0" w:firstRow="1" w:lastRow="0" w:firstColumn="1" w:lastColumn="0" w:noHBand="0" w:noVBand="1"/>
      </w:tblPr>
      <w:tblGrid>
        <w:gridCol w:w="4816"/>
        <w:gridCol w:w="4816"/>
      </w:tblGrid>
      <w:tr w:rsidR="0083297D" w14:paraId="16258074" w14:textId="77777777">
        <w:tc>
          <w:tcPr>
            <w:tcW w:w="4816" w:type="dxa"/>
            <w:shd w:val="clear" w:color="auto" w:fill="EDEDED"/>
          </w:tcPr>
          <w:p w14:paraId="73DA4854" w14:textId="77777777" w:rsidR="0083297D" w:rsidRDefault="00000000">
            <w:r>
              <w:t>Praktijknaam</w:t>
            </w:r>
          </w:p>
        </w:tc>
        <w:tc>
          <w:tcPr>
            <w:tcW w:w="4816" w:type="dxa"/>
          </w:tcPr>
          <w:p w14:paraId="1815C4A4" w14:textId="77777777" w:rsidR="0083297D" w:rsidRDefault="00000000">
            <w:r>
              <w:t>Psychologiepraktijk Haarlem</w:t>
            </w:r>
          </w:p>
        </w:tc>
      </w:tr>
      <w:tr w:rsidR="0083297D" w14:paraId="0F0C217A" w14:textId="77777777">
        <w:tc>
          <w:tcPr>
            <w:tcW w:w="4816" w:type="dxa"/>
            <w:shd w:val="clear" w:color="auto" w:fill="EDEDED"/>
          </w:tcPr>
          <w:p w14:paraId="37BD9072" w14:textId="77777777" w:rsidR="0083297D" w:rsidRDefault="00000000">
            <w:r>
              <w:t>Verwerkingsverantwoordelijke</w:t>
            </w:r>
          </w:p>
        </w:tc>
        <w:tc>
          <w:tcPr>
            <w:tcW w:w="4816" w:type="dxa"/>
          </w:tcPr>
          <w:p w14:paraId="7E5B48FE" w14:textId="77777777" w:rsidR="0083297D" w:rsidRDefault="00000000">
            <w:r>
              <w:t>Monique Zijta, GZ-psycholoog</w:t>
            </w:r>
          </w:p>
        </w:tc>
      </w:tr>
      <w:tr w:rsidR="0083297D" w14:paraId="7D9377BB" w14:textId="77777777">
        <w:tc>
          <w:tcPr>
            <w:tcW w:w="4816" w:type="dxa"/>
            <w:shd w:val="clear" w:color="auto" w:fill="EDEDED"/>
          </w:tcPr>
          <w:p w14:paraId="5F6CF9B2" w14:textId="77777777" w:rsidR="0083297D" w:rsidRDefault="00000000">
            <w:r>
              <w:t>BIG-registratie</w:t>
            </w:r>
          </w:p>
        </w:tc>
        <w:tc>
          <w:tcPr>
            <w:tcW w:w="4816" w:type="dxa"/>
          </w:tcPr>
          <w:p w14:paraId="72B3FA3A" w14:textId="77777777" w:rsidR="0083297D" w:rsidRDefault="00000000">
            <w:r>
              <w:t>29935821525</w:t>
            </w:r>
          </w:p>
        </w:tc>
      </w:tr>
      <w:tr w:rsidR="0083297D" w14:paraId="75B08680" w14:textId="77777777">
        <w:tc>
          <w:tcPr>
            <w:tcW w:w="4816" w:type="dxa"/>
            <w:shd w:val="clear" w:color="auto" w:fill="EDEDED"/>
          </w:tcPr>
          <w:p w14:paraId="1D653A18" w14:textId="77777777" w:rsidR="0083297D" w:rsidRDefault="00000000">
            <w:r>
              <w:t>KvK-nummer</w:t>
            </w:r>
          </w:p>
        </w:tc>
        <w:tc>
          <w:tcPr>
            <w:tcW w:w="4816" w:type="dxa"/>
          </w:tcPr>
          <w:p w14:paraId="4F72799E" w14:textId="77777777" w:rsidR="0083297D" w:rsidRDefault="00000000">
            <w:r>
              <w:t>42076991</w:t>
            </w:r>
          </w:p>
        </w:tc>
      </w:tr>
      <w:tr w:rsidR="0083297D" w14:paraId="09D01C72" w14:textId="77777777">
        <w:tc>
          <w:tcPr>
            <w:tcW w:w="4816" w:type="dxa"/>
            <w:shd w:val="clear" w:color="auto" w:fill="EDEDED"/>
          </w:tcPr>
          <w:p w14:paraId="1024D01E" w14:textId="77777777" w:rsidR="0083297D" w:rsidRDefault="00000000">
            <w:r>
              <w:t>E-mailadres</w:t>
            </w:r>
          </w:p>
        </w:tc>
        <w:tc>
          <w:tcPr>
            <w:tcW w:w="4816" w:type="dxa"/>
          </w:tcPr>
          <w:p w14:paraId="6F50CCDD" w14:textId="77777777" w:rsidR="0083297D" w:rsidRDefault="00000000">
            <w:r>
              <w:t>info@psychologiepraktijkhaarlem.nl</w:t>
            </w:r>
          </w:p>
        </w:tc>
      </w:tr>
      <w:tr w:rsidR="0083297D" w14:paraId="77FA3A83" w14:textId="77777777">
        <w:tc>
          <w:tcPr>
            <w:tcW w:w="4816" w:type="dxa"/>
            <w:shd w:val="clear" w:color="auto" w:fill="EDEDED"/>
          </w:tcPr>
          <w:p w14:paraId="0FDFF318" w14:textId="77777777" w:rsidR="0083297D" w:rsidRDefault="00000000">
            <w:r>
              <w:t>Website</w:t>
            </w:r>
          </w:p>
        </w:tc>
        <w:tc>
          <w:tcPr>
            <w:tcW w:w="4816" w:type="dxa"/>
          </w:tcPr>
          <w:p w14:paraId="1D7DA39B" w14:textId="77777777" w:rsidR="0083297D" w:rsidRDefault="00000000">
            <w:r>
              <w:t>www.psychologiepraktijkhaarlem.nl</w:t>
            </w:r>
          </w:p>
        </w:tc>
      </w:tr>
      <w:tr w:rsidR="0083297D" w14:paraId="14EAD655" w14:textId="77777777">
        <w:tc>
          <w:tcPr>
            <w:tcW w:w="4816" w:type="dxa"/>
            <w:shd w:val="clear" w:color="auto" w:fill="EDEDED"/>
          </w:tcPr>
          <w:p w14:paraId="55A39F30" w14:textId="77777777" w:rsidR="0083297D" w:rsidRDefault="00000000">
            <w:r>
              <w:t>Telefoon / praktijkadres</w:t>
            </w:r>
          </w:p>
        </w:tc>
        <w:tc>
          <w:tcPr>
            <w:tcW w:w="4816" w:type="dxa"/>
          </w:tcPr>
          <w:p w14:paraId="011EC7FD" w14:textId="0573B2B6" w:rsidR="0083297D" w:rsidRDefault="00F57330">
            <w:r>
              <w:t>0613097646</w:t>
            </w:r>
          </w:p>
        </w:tc>
      </w:tr>
    </w:tbl>
    <w:p w14:paraId="102D2ECF" w14:textId="77777777" w:rsidR="0083297D" w:rsidRDefault="00000000">
      <w:pPr>
        <w:pStyle w:val="Kop1"/>
        <w:spacing w:after="120"/>
      </w:pPr>
      <w:r>
        <w:t>1. Toepassing van deze privacyverklaring</w:t>
      </w:r>
    </w:p>
    <w:p w14:paraId="30697575" w14:textId="77777777" w:rsidR="0083297D" w:rsidRDefault="00000000">
      <w:pPr>
        <w:spacing w:after="120"/>
      </w:pPr>
      <w:r>
        <w:t>Deze privacyverklaring is van toepassing op alle persoonsgegevens die Psychologiepraktijk Haarlem verwerkt in het kader van de praktijkvoering en zorgverlening. Het gaat in ieder geval om gegevens van:</w:t>
      </w:r>
    </w:p>
    <w:p w14:paraId="58CBD8D0" w14:textId="77777777" w:rsidR="0083297D" w:rsidRDefault="00000000">
      <w:pPr>
        <w:pStyle w:val="Lijstopsomteken"/>
        <w:spacing w:after="120"/>
      </w:pPr>
      <w:r>
        <w:t>(potentiële) cliënten en oud-cliënten;</w:t>
      </w:r>
    </w:p>
    <w:p w14:paraId="1F499AD0" w14:textId="77777777" w:rsidR="0083297D" w:rsidRDefault="00000000">
      <w:pPr>
        <w:pStyle w:val="Lijstopsomteken"/>
        <w:spacing w:after="120"/>
      </w:pPr>
      <w:r>
        <w:t>personen die zich aanmelden of informatie opvragen;</w:t>
      </w:r>
    </w:p>
    <w:p w14:paraId="65C4E74A" w14:textId="77777777" w:rsidR="0083297D" w:rsidRDefault="00000000">
      <w:pPr>
        <w:pStyle w:val="Lijstopsomteken"/>
        <w:spacing w:after="120"/>
      </w:pPr>
      <w:r>
        <w:t>verwijzers, huisartsen en andere betrokken behandelaren;</w:t>
      </w:r>
    </w:p>
    <w:p w14:paraId="4DE9F7E5" w14:textId="77777777" w:rsidR="0083297D" w:rsidRDefault="00000000">
      <w:pPr>
        <w:pStyle w:val="Lijstopsomteken"/>
        <w:spacing w:after="120"/>
      </w:pPr>
      <w:r>
        <w:t>contactpersonen die door een cliënt worden opgegeven;</w:t>
      </w:r>
    </w:p>
    <w:p w14:paraId="23D7E941" w14:textId="77777777" w:rsidR="0083297D" w:rsidRDefault="00000000">
      <w:pPr>
        <w:pStyle w:val="Lijstopsomteken"/>
        <w:spacing w:after="120"/>
      </w:pPr>
      <w:r>
        <w:t>bezoekers van de praktijk;</w:t>
      </w:r>
    </w:p>
    <w:p w14:paraId="2D1C2D05" w14:textId="77777777" w:rsidR="0083297D" w:rsidRDefault="00000000">
      <w:pPr>
        <w:pStyle w:val="Lijstopsomteken"/>
        <w:spacing w:after="120"/>
      </w:pPr>
      <w:r>
        <w:t>bezoekers van de website;</w:t>
      </w:r>
    </w:p>
    <w:p w14:paraId="2CF7DA75" w14:textId="77777777" w:rsidR="0083297D" w:rsidRDefault="00000000">
      <w:pPr>
        <w:pStyle w:val="Lijstopsomteken"/>
        <w:spacing w:after="120"/>
      </w:pPr>
      <w:r>
        <w:t>personen die telefonisch, per e-mail, via Zivver of via het contactformulier contact opnemen met de praktijk;</w:t>
      </w:r>
    </w:p>
    <w:p w14:paraId="3B84727A" w14:textId="77777777" w:rsidR="0083297D" w:rsidRDefault="00000000">
      <w:pPr>
        <w:pStyle w:val="Lijstopsomteken"/>
        <w:spacing w:after="120"/>
      </w:pPr>
      <w:r>
        <w:t>personen van wie gegevens worden verwerkt in het kader van facturatie, administratie, kwaliteit, intervisie, supervisie, klachtenafhandeling of wettelijke verplichtingen.</w:t>
      </w:r>
    </w:p>
    <w:p w14:paraId="63288018" w14:textId="77777777" w:rsidR="0083297D" w:rsidRDefault="00000000">
      <w:pPr>
        <w:spacing w:after="120"/>
      </w:pPr>
      <w:r>
        <w:lastRenderedPageBreak/>
        <w:t>Deze privacyverklaring ziet niet op persoonsgegevens van medewerkers, omdat Psychologiepraktijk Haarlem op dit moment als eenmanspraktijk werkt en geen personeel in dienst heeft. Wanneer dit in de toekomst verandert, wordt deze verklaring aangepast.</w:t>
      </w:r>
    </w:p>
    <w:p w14:paraId="23C70764" w14:textId="77777777" w:rsidR="0083297D" w:rsidRDefault="00000000">
      <w:pPr>
        <w:pStyle w:val="Kop1"/>
        <w:spacing w:after="120"/>
      </w:pPr>
      <w:r>
        <w:t>2. Welke persoonsgegevens worden verwerkt?</w:t>
      </w:r>
    </w:p>
    <w:p w14:paraId="257345AC" w14:textId="77777777" w:rsidR="0083297D" w:rsidRDefault="00000000">
      <w:pPr>
        <w:spacing w:after="120"/>
      </w:pPr>
      <w:r>
        <w:t>Psychologiepraktijk Haarlem verwerkt niet meer gegevens dan noodzakelijk is voor goede zorgverlening, veilige communicatie en een zorgvuldige praktijkadministratie. Afhankelijk van de situatie kunnen de volgende categorieën persoonsgegevens worden verwerkt.</w:t>
      </w:r>
    </w:p>
    <w:p w14:paraId="52448FC1" w14:textId="77777777" w:rsidR="0083297D" w:rsidRDefault="00000000">
      <w:pPr>
        <w:pStyle w:val="Kop2"/>
        <w:spacing w:after="120"/>
      </w:pPr>
      <w:r>
        <w:t>2.1 Identificatie- en contactgegevens</w:t>
      </w:r>
    </w:p>
    <w:p w14:paraId="2B4BC8C4" w14:textId="77777777" w:rsidR="0083297D" w:rsidRDefault="00000000">
      <w:pPr>
        <w:pStyle w:val="Lijstopsomteken"/>
        <w:spacing w:after="120"/>
      </w:pPr>
      <w:r>
        <w:t>voor- en achternaam;</w:t>
      </w:r>
    </w:p>
    <w:p w14:paraId="1561BF07" w14:textId="77777777" w:rsidR="0083297D" w:rsidRDefault="00000000">
      <w:pPr>
        <w:pStyle w:val="Lijstopsomteken"/>
        <w:spacing w:after="120"/>
      </w:pPr>
      <w:r>
        <w:t>adresgegevens;</w:t>
      </w:r>
    </w:p>
    <w:p w14:paraId="61EA2F61" w14:textId="77777777" w:rsidR="0083297D" w:rsidRDefault="00000000">
      <w:pPr>
        <w:pStyle w:val="Lijstopsomteken"/>
        <w:spacing w:after="120"/>
      </w:pPr>
      <w:r>
        <w:t>telefoonnummer;</w:t>
      </w:r>
    </w:p>
    <w:p w14:paraId="70289326" w14:textId="77777777" w:rsidR="0083297D" w:rsidRDefault="00000000">
      <w:pPr>
        <w:pStyle w:val="Lijstopsomteken"/>
        <w:spacing w:after="120"/>
      </w:pPr>
      <w:r>
        <w:t>e-mailadres;</w:t>
      </w:r>
    </w:p>
    <w:p w14:paraId="5FA1FCC2" w14:textId="77777777" w:rsidR="0083297D" w:rsidRDefault="00000000">
      <w:pPr>
        <w:pStyle w:val="Lijstopsomteken"/>
        <w:spacing w:after="120"/>
      </w:pPr>
      <w:r>
        <w:t>geboortedatum;</w:t>
      </w:r>
    </w:p>
    <w:p w14:paraId="646A844D" w14:textId="77777777" w:rsidR="0083297D" w:rsidRDefault="00000000">
      <w:pPr>
        <w:pStyle w:val="Lijstopsomteken"/>
        <w:spacing w:after="120"/>
      </w:pPr>
      <w:r>
        <w:t>burgerservicenummer (BSN), voor zover verwerking daarvan wettelijk verplicht of toegestaan is;</w:t>
      </w:r>
    </w:p>
    <w:p w14:paraId="65627867" w14:textId="77777777" w:rsidR="0083297D" w:rsidRDefault="00000000">
      <w:pPr>
        <w:pStyle w:val="Lijstopsomteken"/>
        <w:spacing w:after="120"/>
      </w:pPr>
      <w:r>
        <w:t>gegevens van een contactpersoon of naaste, wanneer u die zelf verstrekt.</w:t>
      </w:r>
    </w:p>
    <w:p w14:paraId="0DB1FFFB" w14:textId="77777777" w:rsidR="0083297D" w:rsidRDefault="00000000">
      <w:pPr>
        <w:pStyle w:val="Kop2"/>
        <w:spacing w:after="120"/>
      </w:pPr>
      <w:r>
        <w:t>2.2 Gegevens over aanmelding, verwijzing en behandeling</w:t>
      </w:r>
    </w:p>
    <w:p w14:paraId="00B5FDA1" w14:textId="77777777" w:rsidR="0083297D" w:rsidRDefault="00000000">
      <w:pPr>
        <w:pStyle w:val="Lijstopsomteken"/>
        <w:spacing w:after="120"/>
      </w:pPr>
      <w:r>
        <w:t>reden van aanmelding en hulpvraag;</w:t>
      </w:r>
    </w:p>
    <w:p w14:paraId="60CFBADD" w14:textId="77777777" w:rsidR="0083297D" w:rsidRDefault="00000000">
      <w:pPr>
        <w:pStyle w:val="Lijstopsomteken"/>
        <w:spacing w:after="120"/>
      </w:pPr>
      <w:r>
        <w:t>verwijsbrief of verwijsgegevens van huisarts, POH-GGZ of andere verwijzer;</w:t>
      </w:r>
    </w:p>
    <w:p w14:paraId="1C40A507" w14:textId="77777777" w:rsidR="0083297D" w:rsidRDefault="00000000">
      <w:pPr>
        <w:pStyle w:val="Lijstopsomteken"/>
        <w:spacing w:after="120"/>
      </w:pPr>
      <w:r>
        <w:t>diagnostische gegevens, behandelplan, voortgangsnotities en evaluaties;</w:t>
      </w:r>
    </w:p>
    <w:p w14:paraId="7707BC54" w14:textId="77777777" w:rsidR="0083297D" w:rsidRDefault="00000000">
      <w:pPr>
        <w:pStyle w:val="Lijstopsomteken"/>
        <w:spacing w:after="120"/>
      </w:pPr>
      <w:r>
        <w:t>psychologische en medische gegevens die relevant zijn voor de behandeling;</w:t>
      </w:r>
    </w:p>
    <w:p w14:paraId="7ED0EAF5" w14:textId="77777777" w:rsidR="0083297D" w:rsidRDefault="00000000">
      <w:pPr>
        <w:pStyle w:val="Lijstopsomteken"/>
        <w:spacing w:after="120"/>
      </w:pPr>
      <w:r>
        <w:t>gegevens uit vragenlijsten, intakeformulieren of meetinstrumenten;</w:t>
      </w:r>
    </w:p>
    <w:p w14:paraId="2FD2B05E" w14:textId="77777777" w:rsidR="0083297D" w:rsidRDefault="00000000">
      <w:pPr>
        <w:pStyle w:val="Lijstopsomteken"/>
        <w:spacing w:after="120"/>
      </w:pPr>
      <w:r>
        <w:t>correspondentie met u en, indien nodig en toegestaan, met andere betrokken zorgverleners;</w:t>
      </w:r>
    </w:p>
    <w:p w14:paraId="40C4C743" w14:textId="77777777" w:rsidR="0083297D" w:rsidRDefault="00000000">
      <w:pPr>
        <w:pStyle w:val="Lijstopsomteken"/>
        <w:spacing w:after="120"/>
      </w:pPr>
      <w:r>
        <w:t>gegevens over afspraken, aanwezigheid, afzeggingen en behandelcontacten.</w:t>
      </w:r>
    </w:p>
    <w:p w14:paraId="581D2942" w14:textId="77777777" w:rsidR="0083297D" w:rsidRDefault="00000000">
      <w:pPr>
        <w:pStyle w:val="Kop2"/>
        <w:spacing w:after="120"/>
      </w:pPr>
      <w:r>
        <w:t>2.3 Financiële en administratieve gegevens</w:t>
      </w:r>
    </w:p>
    <w:p w14:paraId="71C4B399" w14:textId="77777777" w:rsidR="0083297D" w:rsidRDefault="00000000">
      <w:pPr>
        <w:pStyle w:val="Lijstopsomteken"/>
        <w:spacing w:after="120"/>
      </w:pPr>
      <w:r>
        <w:t>gegevens die nodig zijn voor het opstellen en versturen van facturen;</w:t>
      </w:r>
    </w:p>
    <w:p w14:paraId="222AE0A1" w14:textId="77777777" w:rsidR="0083297D" w:rsidRDefault="00000000">
      <w:pPr>
        <w:pStyle w:val="Lijstopsomteken"/>
        <w:spacing w:after="120"/>
      </w:pPr>
      <w:r>
        <w:t>gegevens die nodig zijn voor de financiële administratie;</w:t>
      </w:r>
    </w:p>
    <w:p w14:paraId="61F857A1" w14:textId="77777777" w:rsidR="0083297D" w:rsidRDefault="00000000">
      <w:pPr>
        <w:pStyle w:val="Lijstopsomteken"/>
        <w:spacing w:after="120"/>
      </w:pPr>
      <w:r>
        <w:t>betalingsgegevens, openstaande posten en eventuele betalingsherinneringen;</w:t>
      </w:r>
    </w:p>
    <w:p w14:paraId="0F469ED9" w14:textId="77777777" w:rsidR="0083297D" w:rsidRDefault="00000000">
      <w:pPr>
        <w:pStyle w:val="Lijstopsomteken"/>
        <w:spacing w:after="120"/>
      </w:pPr>
      <w:r>
        <w:t>gegevens die nodig zijn om te voldoen aan fiscale bewaarplichten.</w:t>
      </w:r>
    </w:p>
    <w:p w14:paraId="234898C4" w14:textId="77777777" w:rsidR="0083297D" w:rsidRDefault="00000000">
      <w:pPr>
        <w:pStyle w:val="Kop2"/>
        <w:spacing w:after="120"/>
      </w:pPr>
      <w:r>
        <w:t>2.4 Website- en contactformuliergegevens</w:t>
      </w:r>
    </w:p>
    <w:p w14:paraId="331957F1" w14:textId="77777777" w:rsidR="0083297D" w:rsidRDefault="00000000">
      <w:pPr>
        <w:spacing w:after="120"/>
      </w:pPr>
      <w:r>
        <w:t>Wanneer u contact opneemt via het contactformulier op de website, verwerkt Psychologiepraktijk Haarlem alleen de gegevens die nodig zijn om uw bericht te ontvangen en te beantwoorden. Het intakeformulier wordt niet via het gewone contactformulier verzonden, maar via Zivver veilig uitgewisseld.</w:t>
      </w:r>
    </w:p>
    <w:p w14:paraId="6E4F8FFD" w14:textId="77777777" w:rsidR="0083297D" w:rsidRDefault="00000000">
      <w:pPr>
        <w:pStyle w:val="Lijstopsomteken"/>
        <w:spacing w:after="120"/>
      </w:pPr>
      <w:r>
        <w:t>naam;</w:t>
      </w:r>
    </w:p>
    <w:p w14:paraId="7D53DC23" w14:textId="77777777" w:rsidR="0083297D" w:rsidRDefault="00000000">
      <w:pPr>
        <w:pStyle w:val="Lijstopsomteken"/>
        <w:spacing w:after="120"/>
      </w:pPr>
      <w:r>
        <w:t>e-mailadres;</w:t>
      </w:r>
    </w:p>
    <w:p w14:paraId="1531150B" w14:textId="77777777" w:rsidR="0083297D" w:rsidRDefault="00000000">
      <w:pPr>
        <w:pStyle w:val="Lijstopsomteken"/>
        <w:spacing w:after="120"/>
      </w:pPr>
      <w:r>
        <w:t>telefoonnummer indien u dat invult;</w:t>
      </w:r>
    </w:p>
    <w:p w14:paraId="1700F0E2" w14:textId="77777777" w:rsidR="0083297D" w:rsidRDefault="00000000">
      <w:pPr>
        <w:pStyle w:val="Lijstopsomteken"/>
        <w:spacing w:after="120"/>
      </w:pPr>
      <w:r>
        <w:t>de inhoud van het bericht;</w:t>
      </w:r>
    </w:p>
    <w:p w14:paraId="1A25D62F" w14:textId="77777777" w:rsidR="0083297D" w:rsidRDefault="00000000">
      <w:pPr>
        <w:pStyle w:val="Lijstopsomteken"/>
        <w:spacing w:after="120"/>
      </w:pPr>
      <w:r>
        <w:lastRenderedPageBreak/>
        <w:t>technische gegevens die nodig zijn voor de werking en beveiliging van de website, zoals IP-adres, datum/tijdstip en browsergegevens.</w:t>
      </w:r>
    </w:p>
    <w:p w14:paraId="389698E0" w14:textId="77777777" w:rsidR="0083297D" w:rsidRDefault="00000000">
      <w:pPr>
        <w:pStyle w:val="Kop2"/>
        <w:spacing w:after="120"/>
      </w:pPr>
      <w:r>
        <w:t>2.5 Bijzondere persoonsgegevens</w:t>
      </w:r>
    </w:p>
    <w:p w14:paraId="04738E03" w14:textId="77777777" w:rsidR="0083297D" w:rsidRDefault="00000000">
      <w:pPr>
        <w:spacing w:after="120"/>
      </w:pPr>
      <w:r>
        <w:t>In de geestelijke gezondheidszorg worden bijzondere persoonsgegevens verwerkt, zoals gegevens over gezondheid. Deze gegevens worden alleen verwerkt voor zover dat noodzakelijk is voor de behandeling, dossiervoering, wettelijke verplichtingen of kwaliteitsbewaking. Als GZ-psycholoog is Monique Zijta gebonden aan het medisch beroepsgeheim.</w:t>
      </w:r>
    </w:p>
    <w:p w14:paraId="601BCB40" w14:textId="77777777" w:rsidR="0083297D" w:rsidRDefault="00000000">
      <w:pPr>
        <w:pStyle w:val="Kop1"/>
        <w:spacing w:after="120"/>
      </w:pPr>
      <w:r>
        <w:t>3. Hoe worden persoonsgegevens verkregen?</w:t>
      </w:r>
    </w:p>
    <w:p w14:paraId="25513F00" w14:textId="77777777" w:rsidR="0083297D" w:rsidRDefault="00000000">
      <w:pPr>
        <w:spacing w:after="120"/>
      </w:pPr>
      <w:r>
        <w:t>Psychologiepraktijk Haarlem ontvangt persoonsgegevens meestal rechtstreeks van u. Daarnaast kunnen gegevens, met uw toestemming of wanneer daar een wettelijke grondslag voor bestaat, worden ontvangen van derden.</w:t>
      </w:r>
    </w:p>
    <w:p w14:paraId="38EABA4B" w14:textId="77777777" w:rsidR="0083297D" w:rsidRDefault="00000000">
      <w:pPr>
        <w:pStyle w:val="Lijstopsomteken"/>
        <w:spacing w:after="120"/>
      </w:pPr>
      <w:r>
        <w:t>gegevens die u zelf verstrekt tijdens telefonisch contact, e-mailcontact, intake, behandeling of evaluatie;</w:t>
      </w:r>
    </w:p>
    <w:p w14:paraId="1FF99A2D" w14:textId="77777777" w:rsidR="0083297D" w:rsidRDefault="00000000">
      <w:pPr>
        <w:pStyle w:val="Lijstopsomteken"/>
        <w:spacing w:after="120"/>
      </w:pPr>
      <w:r>
        <w:t>gegevens die u invult op intakeformulieren, vragenlijsten of andere formulieren;</w:t>
      </w:r>
    </w:p>
    <w:p w14:paraId="459C7C66" w14:textId="77777777" w:rsidR="0083297D" w:rsidRDefault="00000000">
      <w:pPr>
        <w:pStyle w:val="Lijstopsomteken"/>
        <w:spacing w:after="120"/>
      </w:pPr>
      <w:r>
        <w:t>gegevens uit een verwijzing van uw huisarts, POH-GGZ of andere verwijzer;</w:t>
      </w:r>
    </w:p>
    <w:p w14:paraId="1F5D3CE8" w14:textId="77777777" w:rsidR="0083297D" w:rsidRDefault="00000000">
      <w:pPr>
        <w:pStyle w:val="Lijstopsomteken"/>
        <w:spacing w:after="120"/>
      </w:pPr>
      <w:r>
        <w:t>gegevens van andere behandelaren, uitsluitend wanneer dat noodzakelijk is en met passende toestemming of wettelijke grondslag;</w:t>
      </w:r>
    </w:p>
    <w:p w14:paraId="56F660AE" w14:textId="77777777" w:rsidR="0083297D" w:rsidRDefault="00000000">
      <w:pPr>
        <w:pStyle w:val="Lijstopsomteken"/>
        <w:spacing w:after="120"/>
      </w:pPr>
      <w:r>
        <w:t>gegevens die automatisch ontstaan door gebruik van digitale systemen, zoals loggegevens in beveiligde software;</w:t>
      </w:r>
    </w:p>
    <w:p w14:paraId="44E7C93B" w14:textId="77777777" w:rsidR="0083297D" w:rsidRDefault="00000000">
      <w:pPr>
        <w:pStyle w:val="Lijstopsomteken"/>
        <w:spacing w:after="120"/>
      </w:pPr>
      <w:r>
        <w:t>gegevens die via de website worden verwerkt wanneer u de website bezoekt of het contactformulier gebruikt.</w:t>
      </w:r>
    </w:p>
    <w:p w14:paraId="0B1FA3FE" w14:textId="77777777" w:rsidR="0083297D" w:rsidRDefault="00000000">
      <w:pPr>
        <w:pStyle w:val="Kop1"/>
        <w:spacing w:after="120"/>
      </w:pPr>
      <w:r>
        <w:t>4. Doeleinden van de verwerking</w:t>
      </w:r>
    </w:p>
    <w:p w14:paraId="57E30CA8" w14:textId="77777777" w:rsidR="0083297D" w:rsidRDefault="00000000">
      <w:pPr>
        <w:spacing w:after="120"/>
      </w:pPr>
      <w:r>
        <w:t>Psychologiepraktijk Haarlem verwerkt persoonsgegevens voor concrete en gerechtvaardigde doelen. De belangrijkste doelen zijn:</w:t>
      </w:r>
    </w:p>
    <w:p w14:paraId="3C696A83" w14:textId="77777777" w:rsidR="0083297D" w:rsidRDefault="00000000">
      <w:pPr>
        <w:pStyle w:val="Lijstopsomteken"/>
        <w:spacing w:after="120"/>
      </w:pPr>
      <w:r>
        <w:t>het beoordelen van een aanmelding en het plannen van een intake;</w:t>
      </w:r>
    </w:p>
    <w:p w14:paraId="3328097E" w14:textId="77777777" w:rsidR="0083297D" w:rsidRDefault="00000000">
      <w:pPr>
        <w:pStyle w:val="Lijstopsomteken"/>
        <w:spacing w:after="120"/>
      </w:pPr>
      <w:r>
        <w:t>het aangaan en uitvoeren van een geneeskundige behandelovereenkomst;</w:t>
      </w:r>
    </w:p>
    <w:p w14:paraId="220101D0" w14:textId="77777777" w:rsidR="0083297D" w:rsidRDefault="00000000">
      <w:pPr>
        <w:pStyle w:val="Lijstopsomteken"/>
        <w:spacing w:after="120"/>
      </w:pPr>
      <w:r>
        <w:t>het bieden van psychologische diagnostiek en behandeling;</w:t>
      </w:r>
    </w:p>
    <w:p w14:paraId="1BAF56A4" w14:textId="77777777" w:rsidR="0083297D" w:rsidRDefault="00000000">
      <w:pPr>
        <w:pStyle w:val="Lijstopsomteken"/>
        <w:spacing w:after="120"/>
      </w:pPr>
      <w:r>
        <w:t>het opstellen, bijhouden en bewaren van een medisch dossier;</w:t>
      </w:r>
    </w:p>
    <w:p w14:paraId="309B8F65" w14:textId="77777777" w:rsidR="0083297D" w:rsidRDefault="00000000">
      <w:pPr>
        <w:pStyle w:val="Lijstopsomteken"/>
        <w:spacing w:after="120"/>
      </w:pPr>
      <w:r>
        <w:t>het maken, wijzigen en bevestigen van afspraken;</w:t>
      </w:r>
    </w:p>
    <w:p w14:paraId="5AD8E9E9" w14:textId="77777777" w:rsidR="0083297D" w:rsidRDefault="00000000">
      <w:pPr>
        <w:pStyle w:val="Lijstopsomteken"/>
        <w:spacing w:after="120"/>
      </w:pPr>
      <w:r>
        <w:t>het onderhouden van contact over praktische en inhoudelijke zaken rondom de behandeling;</w:t>
      </w:r>
    </w:p>
    <w:p w14:paraId="4E926FC7" w14:textId="77777777" w:rsidR="0083297D" w:rsidRDefault="00000000">
      <w:pPr>
        <w:pStyle w:val="Lijstopsomteken"/>
        <w:spacing w:after="120"/>
      </w:pPr>
      <w:r>
        <w:t>het veilig uitwisselen van intakeformulieren, vragenlijsten en behandelinhoudelijke informatie;</w:t>
      </w:r>
    </w:p>
    <w:p w14:paraId="62D700DB" w14:textId="77777777" w:rsidR="0083297D" w:rsidRDefault="00000000">
      <w:pPr>
        <w:pStyle w:val="Lijstopsomteken"/>
        <w:spacing w:after="120"/>
      </w:pPr>
      <w:r>
        <w:t>het opstellen en verzenden van facturen;</w:t>
      </w:r>
    </w:p>
    <w:p w14:paraId="6D48AA0C" w14:textId="77777777" w:rsidR="0083297D" w:rsidRDefault="00000000">
      <w:pPr>
        <w:pStyle w:val="Lijstopsomteken"/>
        <w:spacing w:after="120"/>
      </w:pPr>
      <w:r>
        <w:t>het voeren van financiële administratie;</w:t>
      </w:r>
    </w:p>
    <w:p w14:paraId="17B07C0F" w14:textId="77777777" w:rsidR="0083297D" w:rsidRDefault="00000000">
      <w:pPr>
        <w:pStyle w:val="Lijstopsomteken"/>
        <w:spacing w:after="120"/>
      </w:pPr>
      <w:r>
        <w:t>het voldoen aan wettelijke verplichtingen, waaronder verplichtingen uit de WGBO, Wet BIG, fiscale wetgeving en relevante zorgwetgeving;</w:t>
      </w:r>
    </w:p>
    <w:p w14:paraId="6893FBED" w14:textId="77777777" w:rsidR="0083297D" w:rsidRDefault="00000000">
      <w:pPr>
        <w:pStyle w:val="Lijstopsomteken"/>
        <w:spacing w:after="120"/>
      </w:pPr>
      <w:r>
        <w:t>het waarborgen van kwaliteit van zorg, bijvoorbeeld via intervisie, supervisie, opleiding of kwaliteitsvisitatie;</w:t>
      </w:r>
    </w:p>
    <w:p w14:paraId="1034A0F2" w14:textId="77777777" w:rsidR="0083297D" w:rsidRDefault="00000000">
      <w:pPr>
        <w:pStyle w:val="Lijstopsomteken"/>
        <w:spacing w:after="120"/>
      </w:pPr>
      <w:r>
        <w:t>het behandelen van vragen, klachten of claims;</w:t>
      </w:r>
    </w:p>
    <w:p w14:paraId="4E0F2254" w14:textId="77777777" w:rsidR="0083297D" w:rsidRDefault="00000000">
      <w:pPr>
        <w:pStyle w:val="Lijstopsomteken"/>
        <w:spacing w:after="120"/>
      </w:pPr>
      <w:r>
        <w:t>het beveiligen van digitale systemen, e-mail, website en praktijkgegevens;</w:t>
      </w:r>
    </w:p>
    <w:p w14:paraId="35A4D61F" w14:textId="77777777" w:rsidR="0083297D" w:rsidRDefault="00000000">
      <w:pPr>
        <w:pStyle w:val="Lijstopsomteken"/>
        <w:spacing w:after="120"/>
      </w:pPr>
      <w:r>
        <w:lastRenderedPageBreak/>
        <w:t>het beheren en verbeteren van de website, voor zover daar gegevens voor worden verwerkt.</w:t>
      </w:r>
    </w:p>
    <w:p w14:paraId="0FB7226E" w14:textId="77777777" w:rsidR="0083297D" w:rsidRDefault="00000000">
      <w:pPr>
        <w:pStyle w:val="Kop1"/>
        <w:spacing w:after="120"/>
      </w:pPr>
      <w:r>
        <w:t>5. Grondslagen voor verwerking</w:t>
      </w:r>
    </w:p>
    <w:p w14:paraId="7FB08E27" w14:textId="77777777" w:rsidR="0083297D" w:rsidRDefault="00000000">
      <w:pPr>
        <w:spacing w:after="120"/>
      </w:pPr>
      <w:r>
        <w:t>Volgens de AVG mogen persoonsgegevens alleen worden verwerkt wanneer daarvoor een wettelijke grondslag bestaat. Psychologiepraktijk Haarlem baseert verwerkingen op een of meer van de volgende grondslagen:</w:t>
      </w:r>
    </w:p>
    <w:p w14:paraId="334A7737" w14:textId="77777777" w:rsidR="0083297D" w:rsidRDefault="00000000">
      <w:pPr>
        <w:pStyle w:val="Kop2"/>
        <w:spacing w:after="120"/>
      </w:pPr>
      <w:r>
        <w:t>5.1 Uitvoering van de behandelovereenkomst</w:t>
      </w:r>
    </w:p>
    <w:p w14:paraId="4ACC34FF" w14:textId="77777777" w:rsidR="0083297D" w:rsidRDefault="00000000">
      <w:pPr>
        <w:spacing w:after="120"/>
      </w:pPr>
      <w:r>
        <w:t>Veel gegevens worden verwerkt omdat dit noodzakelijk is om psychologische zorg te kunnen verlenen. Zonder deze gegevens kan de behandeling niet goed worden uitgevoerd.</w:t>
      </w:r>
    </w:p>
    <w:p w14:paraId="171A076F" w14:textId="77777777" w:rsidR="0083297D" w:rsidRDefault="00000000">
      <w:pPr>
        <w:pStyle w:val="Kop2"/>
        <w:spacing w:after="120"/>
      </w:pPr>
      <w:r>
        <w:t>5.2 Wettelijke verplichting</w:t>
      </w:r>
    </w:p>
    <w:p w14:paraId="5C9BFD45" w14:textId="77777777" w:rsidR="0083297D" w:rsidRDefault="00000000">
      <w:pPr>
        <w:spacing w:after="120"/>
      </w:pPr>
      <w:r>
        <w:t>Bepaalde gegevens moeten worden verwerkt of bewaard op grond van wet- en regelgeving, bijvoorbeeld de verplichting om een medisch dossier bij te houden, fiscale administratie te bewaren en het BSN te verwerken wanneer dat wettelijk vereist is.</w:t>
      </w:r>
    </w:p>
    <w:p w14:paraId="67503900" w14:textId="77777777" w:rsidR="0083297D" w:rsidRDefault="00000000">
      <w:pPr>
        <w:pStyle w:val="Kop2"/>
        <w:spacing w:after="120"/>
      </w:pPr>
      <w:r>
        <w:t>5.3 Toestemming</w:t>
      </w:r>
    </w:p>
    <w:p w14:paraId="0BA79549" w14:textId="77777777" w:rsidR="0083297D" w:rsidRDefault="00000000">
      <w:pPr>
        <w:spacing w:after="120"/>
      </w:pPr>
      <w:r>
        <w:t>Voor sommige verwerkingen wordt expliciet toestemming gevraagd, bijvoorbeeld voor het opvragen of delen van informatie met andere behandelaren wanneer daar geen andere wettelijke grondslag voor bestaat, of voor video-opnames ten behoeve van opleiding, supervisie of intervisie. U kunt toestemming altijd intrekken. Intrekking geldt voor de toekomst en doet geen afbreuk aan verwerkingen die al rechtmatig hebben plaatsgevonden.</w:t>
      </w:r>
    </w:p>
    <w:p w14:paraId="3716D4A8" w14:textId="77777777" w:rsidR="0083297D" w:rsidRDefault="00000000">
      <w:pPr>
        <w:pStyle w:val="Kop2"/>
        <w:spacing w:after="120"/>
      </w:pPr>
      <w:r>
        <w:t>5.4 Gerechtvaardigd belang</w:t>
      </w:r>
    </w:p>
    <w:p w14:paraId="01E90149" w14:textId="77777777" w:rsidR="0083297D" w:rsidRDefault="00000000">
      <w:pPr>
        <w:spacing w:after="120"/>
      </w:pPr>
      <w:r>
        <w:t>Sommige gegevens worden verwerkt op basis van een gerechtvaardigd belang, bijvoorbeeld voor beveiliging van systemen, zorgvuldig praktijkbeheer, fraudepreventie, interne kwaliteitsbewaking of het behandelen van klachten. Daarbij wordt steeds afgewogen of uw privacybelang niet zwaarder weegt.</w:t>
      </w:r>
    </w:p>
    <w:p w14:paraId="62E2EF3C" w14:textId="77777777" w:rsidR="0083297D" w:rsidRDefault="00000000">
      <w:pPr>
        <w:pStyle w:val="Kop2"/>
        <w:spacing w:after="120"/>
      </w:pPr>
      <w:r>
        <w:t>5.5 Vitale belangen</w:t>
      </w:r>
    </w:p>
    <w:p w14:paraId="3700C6F6" w14:textId="77777777" w:rsidR="0083297D" w:rsidRDefault="00000000">
      <w:pPr>
        <w:spacing w:after="120"/>
      </w:pPr>
      <w:r>
        <w:t>In uitzonderlijke situaties kan verwerking nodig zijn ter bescherming van vitale belangen van u of een ander, bijvoorbeeld bij een acute noodsituatie.</w:t>
      </w:r>
    </w:p>
    <w:p w14:paraId="33DDA701" w14:textId="77777777" w:rsidR="0083297D" w:rsidRDefault="00000000">
      <w:pPr>
        <w:pStyle w:val="Kop1"/>
        <w:spacing w:after="120"/>
      </w:pPr>
      <w:r>
        <w:t>6. Medisch beroepsgeheim en vertrouwelijkheid</w:t>
      </w:r>
    </w:p>
    <w:p w14:paraId="595CB0D2" w14:textId="77777777" w:rsidR="0083297D" w:rsidRDefault="00000000">
      <w:pPr>
        <w:spacing w:after="120"/>
      </w:pPr>
      <w:r>
        <w:t>Monique Zijta is als GZ-psycholoog gebonden aan het medisch beroepsgeheim. Dit betekent dat informatie over u en uw behandeling niet zonder grondslag of toestemming met anderen wordt gedeeld. Binnen de behandeling wordt zorgvuldig afgewogen welke informatie noodzakelijk is om vast te leggen of te delen.</w:t>
      </w:r>
    </w:p>
    <w:p w14:paraId="53F851DD" w14:textId="77777777" w:rsidR="0083297D" w:rsidRDefault="00000000">
      <w:pPr>
        <w:spacing w:after="120"/>
      </w:pPr>
      <w:r>
        <w:t>Wanneer overleg met een andere zorgverlener wenselijk of noodzakelijk is, gebeurt dit bij voorkeur met uw toestemming. In uitzonderlijke gevallen kan de wet of een zwaarwegend belang maken dat gegevens toch gedeeld moeten worden, bijvoorbeeld bij een wettelijke verplichting of een ernstige noodsituatie. In dat geval wordt niet meer informatie gedeeld dan noodzakelijk.</w:t>
      </w:r>
    </w:p>
    <w:p w14:paraId="78696280" w14:textId="77777777" w:rsidR="0083297D" w:rsidRDefault="00000000">
      <w:pPr>
        <w:pStyle w:val="Kop1"/>
        <w:spacing w:after="120"/>
      </w:pPr>
      <w:r>
        <w:lastRenderedPageBreak/>
        <w:t>7. Elektronisch patiëntendossier: James Software</w:t>
      </w:r>
    </w:p>
    <w:p w14:paraId="7DF4B2D2" w14:textId="77777777" w:rsidR="0083297D" w:rsidRDefault="00000000">
      <w:pPr>
        <w:spacing w:after="120"/>
      </w:pPr>
      <w:r>
        <w:t>Psychologiepraktijk Haarlem gebruikt James Software als elektronisch patiëntendossier (EPD). In het EPD worden gegevens vastgelegd die noodzakelijk zijn voor aanmelding, behandeling, dossiervoering, verslaglegging, evaluatie en administratie.</w:t>
      </w:r>
    </w:p>
    <w:p w14:paraId="2F7D18E7" w14:textId="77777777" w:rsidR="0083297D" w:rsidRDefault="00000000">
      <w:pPr>
        <w:spacing w:after="120"/>
      </w:pPr>
      <w:r>
        <w:t>Toegang tot het EPD is beperkt tot de praktijkhouder en, indien dit ooit noodzakelijk is voor technische ondersteuning of continuïteit, tot daartoe bevoegde partijen onder passende geheimhoudings- en verwerkersafspraken. Er wordt gewerkt met beveiligde toegang en passende technische maatregelen.</w:t>
      </w:r>
    </w:p>
    <w:p w14:paraId="6D311E12" w14:textId="77777777" w:rsidR="0083297D" w:rsidRDefault="00000000">
      <w:pPr>
        <w:pStyle w:val="Kop1"/>
        <w:spacing w:after="120"/>
      </w:pPr>
      <w:r>
        <w:t>8. Jane AI voor ondersteuning bij verslaglegging</w:t>
      </w:r>
    </w:p>
    <w:p w14:paraId="105B95AC" w14:textId="77777777" w:rsidR="0083297D" w:rsidRDefault="00000000">
      <w:pPr>
        <w:spacing w:after="120"/>
      </w:pPr>
      <w:r>
        <w:t>Binnen James Software wordt gebruikgemaakt van Jane AI ter ondersteuning van verslaglegging. Jane AI zet gesproken tekst om in schriftelijke verslaglegging. Dit wordt uitsluitend gebruikt om behandelinhoudelijke verslaglegging efficiënter en zorgvuldig vast te leggen in het dossier.</w:t>
      </w:r>
    </w:p>
    <w:p w14:paraId="2489A826" w14:textId="77777777" w:rsidR="0083297D" w:rsidRDefault="00000000">
      <w:pPr>
        <w:pStyle w:val="Lijstopsomteken"/>
        <w:spacing w:after="120"/>
      </w:pPr>
      <w:r>
        <w:t>Jane AI wordt uitsluitend gebruikt ten behoeve van dossiervoering binnen de behandeling;</w:t>
      </w:r>
    </w:p>
    <w:p w14:paraId="50048A47" w14:textId="77777777" w:rsidR="0083297D" w:rsidRDefault="00000000">
      <w:pPr>
        <w:pStyle w:val="Lijstopsomteken"/>
        <w:spacing w:after="120"/>
      </w:pPr>
      <w:r>
        <w:t>er worden geen geluidsopnames bewaard;</w:t>
      </w:r>
    </w:p>
    <w:p w14:paraId="5939A2C7" w14:textId="77777777" w:rsidR="0083297D" w:rsidRDefault="00000000">
      <w:pPr>
        <w:pStyle w:val="Lijstopsomteken"/>
        <w:spacing w:after="120"/>
      </w:pPr>
      <w:r>
        <w:t>de gegenereerde tekst wordt door de behandelaar beoordeeld voordat deze als verslaglegging wordt gebruikt;</w:t>
      </w:r>
    </w:p>
    <w:p w14:paraId="13269618" w14:textId="77777777" w:rsidR="0083297D" w:rsidRDefault="00000000">
      <w:pPr>
        <w:pStyle w:val="Lijstopsomteken"/>
        <w:spacing w:after="120"/>
      </w:pPr>
      <w:r>
        <w:t>de verwerking vindt plaats binnen de beveiligde omgeving van James Software;</w:t>
      </w:r>
    </w:p>
    <w:p w14:paraId="4A58DC7A" w14:textId="77777777" w:rsidR="0083297D" w:rsidRDefault="00000000">
      <w:pPr>
        <w:pStyle w:val="Lijstopsomteken"/>
        <w:spacing w:after="120"/>
      </w:pPr>
      <w:r>
        <w:t>met de leverancier zijn passende afspraken gemaakt over privacy en beveiliging.</w:t>
      </w:r>
    </w:p>
    <w:p w14:paraId="4E0F1248" w14:textId="77777777" w:rsidR="0083297D" w:rsidRDefault="00000000">
      <w:pPr>
        <w:pStyle w:val="Kop1"/>
        <w:spacing w:after="120"/>
      </w:pPr>
      <w:r>
        <w:t>9. Veilige communicatie en intakeformulieren via Zivver</w:t>
      </w:r>
    </w:p>
    <w:p w14:paraId="333D2574" w14:textId="77777777" w:rsidR="0083297D" w:rsidRDefault="00000000">
      <w:pPr>
        <w:spacing w:after="120"/>
      </w:pPr>
      <w:r>
        <w:t>Psychologiepraktijk Haarlem gebruikt Zivver voor het veilig verzenden en ontvangen van privacygevoelige informatie. Dit geldt bijvoorbeeld voor intakeformulieren, behandelinhoudelijke documenten, brieven en andere informatie die niet via gewone onbeveiligde e-mail hoort te worden verzonden.</w:t>
      </w:r>
    </w:p>
    <w:p w14:paraId="4BD2B00D" w14:textId="77777777" w:rsidR="0083297D" w:rsidRDefault="00000000">
      <w:pPr>
        <w:spacing w:after="120"/>
      </w:pPr>
      <w:r>
        <w:t>Gewone e-mail kan worden gebruikt voor praktische communicatie, zoals het maken of wijzigen van afspraken. Voor privacygevoelige of medische informatie wordt beveiligde communicatie gebruikt. U wordt verzocht medische of zeer persoonlijke informatie bij voorkeur niet via onbeveiligde e-mail te sturen.</w:t>
      </w:r>
    </w:p>
    <w:p w14:paraId="6CB8C58D" w14:textId="249712ED" w:rsidR="0083297D" w:rsidRDefault="00000000">
      <w:pPr>
        <w:pStyle w:val="Kop1"/>
        <w:spacing w:after="120"/>
      </w:pPr>
      <w:r>
        <w:t>10. Website</w:t>
      </w:r>
      <w:r w:rsidR="00F57330">
        <w:t xml:space="preserve"> en</w:t>
      </w:r>
      <w:r>
        <w:t xml:space="preserve"> contactformulier</w:t>
      </w:r>
    </w:p>
    <w:p w14:paraId="077FA278" w14:textId="77777777" w:rsidR="0083297D" w:rsidRDefault="00000000">
      <w:pPr>
        <w:spacing w:after="120"/>
      </w:pPr>
      <w:r>
        <w:t>De website van Psychologiepraktijk Haarlem is bedoeld om informatie te geven over de praktijk en om contact mogelijk te maken. Via het contactformulier worden alleen basisgegevens gevraagd die nodig zijn om te kunnen reageren op uw bericht. Het contactformulier is niet bedoeld voor het versturen van uitgebreide medische informatie.</w:t>
      </w:r>
    </w:p>
    <w:p w14:paraId="46888CF7" w14:textId="77777777" w:rsidR="0083297D" w:rsidRDefault="00000000">
      <w:pPr>
        <w:spacing w:after="120"/>
      </w:pPr>
      <w:r>
        <w:t>De website draait op WordPress/Elementor en wordt gehost via Cloud86. Cloud86 kan in het kader van hosting en e-mailverkeer technische gegevens verwerken, zoals serverlogs, IP-adressen en gegevens die via formulieren of e-mail worden verwerkt.</w:t>
      </w:r>
    </w:p>
    <w:p w14:paraId="1064633E" w14:textId="77777777" w:rsidR="0083297D" w:rsidRDefault="00000000">
      <w:pPr>
        <w:pStyle w:val="Kop1"/>
        <w:spacing w:after="120"/>
      </w:pPr>
      <w:r>
        <w:lastRenderedPageBreak/>
        <w:t>11. Verwerkers en leveranciers</w:t>
      </w:r>
    </w:p>
    <w:p w14:paraId="763FF140" w14:textId="77777777" w:rsidR="0083297D" w:rsidRDefault="00000000">
      <w:pPr>
        <w:spacing w:after="120"/>
      </w:pPr>
      <w:r>
        <w:t>Psychologiepraktijk Haarlem maakt gebruik van externe leveranciers die in opdracht van de praktijk persoonsgegevens kunnen verwerken. Deze partijen worden verwerkers genoemd wanneer zij persoonsgegevens uitsluitend namens en volgens instructie van de praktijk verwerken. Met verwerkers worden waar nodig verwerkersovereenkomsten gesloten die voldoen aan de AVG.</w:t>
      </w:r>
    </w:p>
    <w:tbl>
      <w:tblPr>
        <w:tblStyle w:val="Tabelraster"/>
        <w:tblW w:w="0" w:type="auto"/>
        <w:tblLook w:val="04A0" w:firstRow="1" w:lastRow="0" w:firstColumn="1" w:lastColumn="0" w:noHBand="0" w:noVBand="1"/>
      </w:tblPr>
      <w:tblGrid>
        <w:gridCol w:w="3211"/>
        <w:gridCol w:w="3211"/>
        <w:gridCol w:w="3211"/>
      </w:tblGrid>
      <w:tr w:rsidR="0083297D" w14:paraId="3AB44340" w14:textId="77777777">
        <w:tc>
          <w:tcPr>
            <w:tcW w:w="3211" w:type="dxa"/>
            <w:shd w:val="clear" w:color="auto" w:fill="EDEDED"/>
          </w:tcPr>
          <w:p w14:paraId="0E171924" w14:textId="77777777" w:rsidR="0083297D" w:rsidRDefault="00000000">
            <w:r>
              <w:t>Leverancier</w:t>
            </w:r>
          </w:p>
        </w:tc>
        <w:tc>
          <w:tcPr>
            <w:tcW w:w="3211" w:type="dxa"/>
            <w:shd w:val="clear" w:color="auto" w:fill="EDEDED"/>
          </w:tcPr>
          <w:p w14:paraId="272C3B58" w14:textId="77777777" w:rsidR="0083297D" w:rsidRDefault="00000000">
            <w:r>
              <w:t>Doel</w:t>
            </w:r>
          </w:p>
        </w:tc>
        <w:tc>
          <w:tcPr>
            <w:tcW w:w="3211" w:type="dxa"/>
            <w:shd w:val="clear" w:color="auto" w:fill="EDEDED"/>
          </w:tcPr>
          <w:p w14:paraId="66ED5A76" w14:textId="77777777" w:rsidR="0083297D" w:rsidRDefault="00000000">
            <w:r>
              <w:t>Type gegevens</w:t>
            </w:r>
          </w:p>
        </w:tc>
      </w:tr>
      <w:tr w:rsidR="0083297D" w14:paraId="2DD6F7AF" w14:textId="77777777">
        <w:tc>
          <w:tcPr>
            <w:tcW w:w="3211" w:type="dxa"/>
          </w:tcPr>
          <w:p w14:paraId="3084B4AF" w14:textId="77777777" w:rsidR="0083297D" w:rsidRDefault="00000000">
            <w:r>
              <w:t>James Software</w:t>
            </w:r>
          </w:p>
        </w:tc>
        <w:tc>
          <w:tcPr>
            <w:tcW w:w="3211" w:type="dxa"/>
          </w:tcPr>
          <w:p w14:paraId="6E146D85" w14:textId="77777777" w:rsidR="0083297D" w:rsidRDefault="00000000">
            <w:r>
              <w:t>Elektronisch patiëntendossier, planning, dossier en zorgadministratie</w:t>
            </w:r>
          </w:p>
        </w:tc>
        <w:tc>
          <w:tcPr>
            <w:tcW w:w="3211" w:type="dxa"/>
          </w:tcPr>
          <w:p w14:paraId="20BA8041" w14:textId="77777777" w:rsidR="0083297D" w:rsidRDefault="00000000">
            <w:r>
              <w:t>Cliëntgegevens, behandelgegevens, administratieve gegevens</w:t>
            </w:r>
          </w:p>
        </w:tc>
      </w:tr>
      <w:tr w:rsidR="0083297D" w14:paraId="25796BF3" w14:textId="77777777">
        <w:tc>
          <w:tcPr>
            <w:tcW w:w="3211" w:type="dxa"/>
          </w:tcPr>
          <w:p w14:paraId="2AE8C5A6" w14:textId="77777777" w:rsidR="0083297D" w:rsidRDefault="00000000">
            <w:r>
              <w:t>Jane AI binnen James Software</w:t>
            </w:r>
          </w:p>
        </w:tc>
        <w:tc>
          <w:tcPr>
            <w:tcW w:w="3211" w:type="dxa"/>
          </w:tcPr>
          <w:p w14:paraId="3EF33950" w14:textId="77777777" w:rsidR="0083297D" w:rsidRDefault="00000000">
            <w:r>
              <w:t>Ondersteuning bij verslaglegging</w:t>
            </w:r>
          </w:p>
        </w:tc>
        <w:tc>
          <w:tcPr>
            <w:tcW w:w="3211" w:type="dxa"/>
          </w:tcPr>
          <w:p w14:paraId="13EA7AE5" w14:textId="77777777" w:rsidR="0083297D" w:rsidRDefault="00000000">
            <w:r>
              <w:t>Gesproken tekst die wordt omgezet naar verslaglegging; geen bewaarde geluidsopnames</w:t>
            </w:r>
          </w:p>
        </w:tc>
      </w:tr>
      <w:tr w:rsidR="0083297D" w14:paraId="1791CA1A" w14:textId="77777777">
        <w:tc>
          <w:tcPr>
            <w:tcW w:w="3211" w:type="dxa"/>
          </w:tcPr>
          <w:p w14:paraId="3E2F0B11" w14:textId="77777777" w:rsidR="0083297D" w:rsidRDefault="00000000">
            <w:r>
              <w:t>Zivver</w:t>
            </w:r>
          </w:p>
        </w:tc>
        <w:tc>
          <w:tcPr>
            <w:tcW w:w="3211" w:type="dxa"/>
          </w:tcPr>
          <w:p w14:paraId="2DC85116" w14:textId="77777777" w:rsidR="0083297D" w:rsidRDefault="00000000">
            <w:r>
              <w:t>Beveiligde e-mail en veilige uitwisseling van formulieren/documenten</w:t>
            </w:r>
          </w:p>
        </w:tc>
        <w:tc>
          <w:tcPr>
            <w:tcW w:w="3211" w:type="dxa"/>
          </w:tcPr>
          <w:p w14:paraId="78DB7E86" w14:textId="77777777" w:rsidR="0083297D" w:rsidRDefault="00000000">
            <w:r>
              <w:t>Contactgegevens, berichten, formulieren en bijlagen</w:t>
            </w:r>
          </w:p>
        </w:tc>
      </w:tr>
      <w:tr w:rsidR="0083297D" w14:paraId="4148CCC1" w14:textId="77777777">
        <w:tc>
          <w:tcPr>
            <w:tcW w:w="3211" w:type="dxa"/>
          </w:tcPr>
          <w:p w14:paraId="4F02FED1" w14:textId="77777777" w:rsidR="0083297D" w:rsidRDefault="00000000">
            <w:r>
              <w:t>Cloud86</w:t>
            </w:r>
          </w:p>
        </w:tc>
        <w:tc>
          <w:tcPr>
            <w:tcW w:w="3211" w:type="dxa"/>
          </w:tcPr>
          <w:p w14:paraId="40F67AAE" w14:textId="77777777" w:rsidR="0083297D" w:rsidRDefault="00000000">
            <w:r>
              <w:t>Hosting van website en e-mail</w:t>
            </w:r>
          </w:p>
        </w:tc>
        <w:tc>
          <w:tcPr>
            <w:tcW w:w="3211" w:type="dxa"/>
          </w:tcPr>
          <w:p w14:paraId="4ACD4E7C" w14:textId="77777777" w:rsidR="0083297D" w:rsidRDefault="00000000">
            <w:r>
              <w:t>Technische gegevens, e-mailgegevens, formuliergegevens, serverlogs</w:t>
            </w:r>
          </w:p>
        </w:tc>
      </w:tr>
      <w:tr w:rsidR="0083297D" w14:paraId="41CCB6C4" w14:textId="77777777">
        <w:tc>
          <w:tcPr>
            <w:tcW w:w="3211" w:type="dxa"/>
          </w:tcPr>
          <w:p w14:paraId="20E3DC8F" w14:textId="77777777" w:rsidR="0083297D" w:rsidRDefault="00000000">
            <w:r>
              <w:t>e-Boekhouden.nl</w:t>
            </w:r>
          </w:p>
        </w:tc>
        <w:tc>
          <w:tcPr>
            <w:tcW w:w="3211" w:type="dxa"/>
          </w:tcPr>
          <w:p w14:paraId="6091289F" w14:textId="77777777" w:rsidR="0083297D" w:rsidRDefault="00000000">
            <w:r>
              <w:t>Financiële administratie</w:t>
            </w:r>
          </w:p>
        </w:tc>
        <w:tc>
          <w:tcPr>
            <w:tcW w:w="3211" w:type="dxa"/>
          </w:tcPr>
          <w:p w14:paraId="3BD05153" w14:textId="77777777" w:rsidR="0083297D" w:rsidRDefault="00000000">
            <w:r>
              <w:t>Factuurgegevens, betaalstatus, administratieve gegevens</w:t>
            </w:r>
          </w:p>
        </w:tc>
      </w:tr>
      <w:tr w:rsidR="0083297D" w14:paraId="50F35FF5" w14:textId="77777777">
        <w:tc>
          <w:tcPr>
            <w:tcW w:w="3211" w:type="dxa"/>
          </w:tcPr>
          <w:p w14:paraId="658C6055" w14:textId="77777777" w:rsidR="0083297D" w:rsidRDefault="00000000">
            <w:r>
              <w:t>Microsoft 365 / Outlook, indien gebruikt</w:t>
            </w:r>
          </w:p>
        </w:tc>
        <w:tc>
          <w:tcPr>
            <w:tcW w:w="3211" w:type="dxa"/>
          </w:tcPr>
          <w:p w14:paraId="555882A1" w14:textId="77777777" w:rsidR="0083297D" w:rsidRDefault="00000000">
            <w:r>
              <w:t>E-mail/agenda/werkcommunicatie</w:t>
            </w:r>
          </w:p>
        </w:tc>
        <w:tc>
          <w:tcPr>
            <w:tcW w:w="3211" w:type="dxa"/>
          </w:tcPr>
          <w:p w14:paraId="3F984DF4" w14:textId="77777777" w:rsidR="0083297D" w:rsidRDefault="00000000">
            <w:r>
              <w:t>Contactgegevens, berichten en agendagegevens voor zover gebruikt in de praktijkvoering</w:t>
            </w:r>
          </w:p>
        </w:tc>
      </w:tr>
    </w:tbl>
    <w:p w14:paraId="23B51D70" w14:textId="77777777" w:rsidR="0083297D" w:rsidRDefault="00000000">
      <w:pPr>
        <w:spacing w:after="120"/>
      </w:pPr>
      <w:r>
        <w:t>Wanneer een leverancier geen verwerker maar zelfstandig verwerkingsverantwoordelijke is, gelden diens eigen privacyvoorwaarden. Psychologiepraktijk Haarlem beoordeelt bij inzet van leveranciers of de verwerking passend en noodzakelijk is.</w:t>
      </w:r>
    </w:p>
    <w:p w14:paraId="76370695" w14:textId="77777777" w:rsidR="0083297D" w:rsidRDefault="00000000">
      <w:pPr>
        <w:pStyle w:val="Kop1"/>
        <w:spacing w:after="120"/>
      </w:pPr>
      <w:r>
        <w:t>12. Delen van persoonsgegevens met derden</w:t>
      </w:r>
    </w:p>
    <w:p w14:paraId="38048B79" w14:textId="77777777" w:rsidR="0083297D" w:rsidRDefault="00000000">
      <w:pPr>
        <w:spacing w:after="120"/>
      </w:pPr>
      <w:r>
        <w:t>Psychologiepraktijk Haarlem deelt persoonsgegevens niet zonder reden met derden. Gegevens worden alleen gedeeld wanneer dit noodzakelijk is voor de behandeling, wanneer u toestemming heeft gegeven of wanneer de wet dit verplicht of toestaat.</w:t>
      </w:r>
    </w:p>
    <w:p w14:paraId="216778DA" w14:textId="77777777" w:rsidR="0083297D" w:rsidRDefault="00000000">
      <w:pPr>
        <w:pStyle w:val="Kop2"/>
        <w:spacing w:after="120"/>
      </w:pPr>
      <w:r>
        <w:t>12.1 Delen met zorgverleners</w:t>
      </w:r>
    </w:p>
    <w:p w14:paraId="1993F925" w14:textId="77777777" w:rsidR="0083297D" w:rsidRDefault="00000000">
      <w:pPr>
        <w:spacing w:after="120"/>
      </w:pPr>
      <w:r>
        <w:t>Met uw toestemming kan informatie worden gedeeld met bijvoorbeeld uw huisarts, POH-GGZ, psychiater, eerdere behandelaar of andere betrokken zorgverlener. Daarbij wordt alleen informatie gedeeld die relevant is voor het doel van de uitwisseling.</w:t>
      </w:r>
    </w:p>
    <w:p w14:paraId="5CC9D1E3" w14:textId="77777777" w:rsidR="0083297D" w:rsidRDefault="00000000">
      <w:pPr>
        <w:pStyle w:val="Kop2"/>
        <w:spacing w:after="120"/>
      </w:pPr>
      <w:r>
        <w:t>12.2 Delen met zorgverzekeraar of instanties</w:t>
      </w:r>
    </w:p>
    <w:p w14:paraId="4585DC50" w14:textId="77777777" w:rsidR="0083297D" w:rsidRDefault="00000000">
      <w:pPr>
        <w:spacing w:after="120"/>
      </w:pPr>
      <w:r>
        <w:t>Psychologiepraktijk Haarlem levert ongecontracteerde zorg. Afhankelijk van de situatie kunnen gegevens nodig zijn voor facturatie, declaratie of controle door de zorgverzekeraar. De praktijk deelt niet meer gegevens dan noodzakelijk en wettelijk toegestaan is.</w:t>
      </w:r>
    </w:p>
    <w:p w14:paraId="3B61C3A7" w14:textId="77777777" w:rsidR="0083297D" w:rsidRDefault="00000000">
      <w:pPr>
        <w:pStyle w:val="Kop2"/>
        <w:spacing w:after="120"/>
      </w:pPr>
      <w:r>
        <w:lastRenderedPageBreak/>
        <w:t>12.3 Delen in het kader van kwaliteit, intervisie of visitatie</w:t>
      </w:r>
    </w:p>
    <w:p w14:paraId="309BA84C" w14:textId="77777777" w:rsidR="0083297D" w:rsidRDefault="00000000">
      <w:pPr>
        <w:spacing w:after="120"/>
      </w:pPr>
      <w:r>
        <w:t>Voor kwaliteitsbewaking kan casuïstiek besproken worden in intervisie, supervisie of opleiding. Dit gebeurt bij voorkeur geanonimiseerd of gepseudonimiseerd. Wanneer herleidbare informatie nodig is, wordt zorgvuldig beoordeeld of daar toestemming of een andere geldige grondslag voor bestaat. Bij kwaliteitsvisitaties kan dossierinzage door een BIG-geregistreerde en aan geheimhouding gebonden beroepsbeoefenaar aan de orde zijn, voor zover dit past binnen de geldende regels. Cliënten worden hierover geïnformeerd wanneer dat nodig is en kunnen waar toepasselijk bezwaar maken.</w:t>
      </w:r>
    </w:p>
    <w:p w14:paraId="5E944226" w14:textId="77777777" w:rsidR="0083297D" w:rsidRDefault="00000000">
      <w:pPr>
        <w:pStyle w:val="Kop2"/>
        <w:spacing w:after="120"/>
      </w:pPr>
      <w:r>
        <w:t>12.4 Geen commerciële verstrekking</w:t>
      </w:r>
    </w:p>
    <w:p w14:paraId="78BAA423" w14:textId="77777777" w:rsidR="0083297D" w:rsidRDefault="00000000">
      <w:pPr>
        <w:spacing w:after="120"/>
      </w:pPr>
      <w:r>
        <w:t>Persoonsgegevens worden niet verkocht aan derden en niet gebruikt voor commerciële doeleinden.</w:t>
      </w:r>
    </w:p>
    <w:p w14:paraId="2B37C7FB" w14:textId="77777777" w:rsidR="0083297D" w:rsidRDefault="00000000">
      <w:pPr>
        <w:pStyle w:val="Kop1"/>
        <w:spacing w:after="120"/>
      </w:pPr>
      <w:r>
        <w:t>13. Video-opnames voor opleiding, supervisie of intervisie</w:t>
      </w:r>
    </w:p>
    <w:p w14:paraId="15FFA601" w14:textId="77777777" w:rsidR="0083297D" w:rsidRDefault="00000000">
      <w:pPr>
        <w:spacing w:after="120"/>
      </w:pPr>
      <w:r>
        <w:t>Soms kan het voor opleiding, supervisie, intervisie of professionele ontwikkeling wenselijk zijn om een gesprek op te nemen. Dit gebeurt uitsluitend nadat dit vooraf met u is besproken en u hiervoor uitdrukkelijk toestemming heeft gegeven.</w:t>
      </w:r>
    </w:p>
    <w:p w14:paraId="0B902239" w14:textId="77777777" w:rsidR="0083297D" w:rsidRDefault="00000000">
      <w:pPr>
        <w:pStyle w:val="Lijstopsomteken"/>
        <w:spacing w:after="120"/>
      </w:pPr>
      <w:r>
        <w:t>u beslist zelf of u toestemming geeft;</w:t>
      </w:r>
    </w:p>
    <w:p w14:paraId="337D9E7A" w14:textId="77777777" w:rsidR="0083297D" w:rsidRDefault="00000000">
      <w:pPr>
        <w:pStyle w:val="Lijstopsomteken"/>
        <w:spacing w:after="120"/>
      </w:pPr>
      <w:r>
        <w:t>weigeren of intrekken van toestemming heeft geen negatieve gevolgen voor de behandeling;</w:t>
      </w:r>
    </w:p>
    <w:p w14:paraId="753589E1" w14:textId="77777777" w:rsidR="0083297D" w:rsidRDefault="00000000">
      <w:pPr>
        <w:pStyle w:val="Lijstopsomteken"/>
        <w:spacing w:after="120"/>
      </w:pPr>
      <w:r>
        <w:t>de opname wordt alleen gebruikt voor het afgesproken doel;</w:t>
      </w:r>
    </w:p>
    <w:p w14:paraId="21F77B98" w14:textId="77777777" w:rsidR="0083297D" w:rsidRDefault="00000000">
      <w:pPr>
        <w:pStyle w:val="Lijstopsomteken"/>
        <w:spacing w:after="120"/>
      </w:pPr>
      <w:r>
        <w:t>de opname wordt niet gedeeld met anderen dan de vooraf afgesproken personen, zoals supervisor, opleider of intervisiegroep;</w:t>
      </w:r>
    </w:p>
    <w:p w14:paraId="2E4D3DA0" w14:textId="77777777" w:rsidR="0083297D" w:rsidRDefault="00000000">
      <w:pPr>
        <w:pStyle w:val="Lijstopsomteken"/>
        <w:spacing w:after="120"/>
      </w:pPr>
      <w:r>
        <w:t>de opname wordt veilig bewaard zolang dat nodig is voor het afgesproken doel en daarna verwijderd;</w:t>
      </w:r>
    </w:p>
    <w:p w14:paraId="644200EF" w14:textId="77777777" w:rsidR="0083297D" w:rsidRDefault="00000000">
      <w:pPr>
        <w:pStyle w:val="Lijstopsomteken"/>
        <w:spacing w:after="120"/>
      </w:pPr>
      <w:r>
        <w:t>afspraken over opname, gebruik en verwijdering worden schriftelijk vastgelegd.</w:t>
      </w:r>
    </w:p>
    <w:p w14:paraId="532ABA8C" w14:textId="77777777" w:rsidR="0083297D" w:rsidRDefault="00000000">
      <w:pPr>
        <w:pStyle w:val="Kop1"/>
        <w:spacing w:after="120"/>
      </w:pPr>
      <w:r>
        <w:t>14. Beveiliging van persoonsgegevens</w:t>
      </w:r>
    </w:p>
    <w:p w14:paraId="29437204" w14:textId="77777777" w:rsidR="0083297D" w:rsidRDefault="00000000">
      <w:pPr>
        <w:spacing w:after="120"/>
      </w:pPr>
      <w:r>
        <w:t>Psychologiepraktijk Haarlem neemt passende technische en organisatorische maatregelen om persoonsgegevens te beschermen tegen verlies, onbevoegde toegang, misbruik, wijziging of openbaarmaking. De praktijk werkt volledig digitaal en houdt geen papieren patiëntendossiers bij.</w:t>
      </w:r>
    </w:p>
    <w:p w14:paraId="1B79BF2C" w14:textId="77777777" w:rsidR="0083297D" w:rsidRDefault="00000000">
      <w:pPr>
        <w:pStyle w:val="Lijstopsomteken"/>
        <w:spacing w:after="120"/>
      </w:pPr>
      <w:r>
        <w:t>gebruik van een beveiligd elektronisch patiëntendossier;</w:t>
      </w:r>
    </w:p>
    <w:p w14:paraId="28A7CBE9" w14:textId="77777777" w:rsidR="0083297D" w:rsidRDefault="00000000">
      <w:pPr>
        <w:pStyle w:val="Lijstopsomteken"/>
        <w:spacing w:after="120"/>
      </w:pPr>
      <w:r>
        <w:t>beveiligde e-mail via Zivver voor privacygevoelige informatie;</w:t>
      </w:r>
    </w:p>
    <w:p w14:paraId="484663B7" w14:textId="77777777" w:rsidR="0083297D" w:rsidRDefault="00000000">
      <w:pPr>
        <w:pStyle w:val="Lijstopsomteken"/>
        <w:spacing w:after="120"/>
      </w:pPr>
      <w:r>
        <w:t>beperkte toegang tot dossiers en administratieve systemen;</w:t>
      </w:r>
    </w:p>
    <w:p w14:paraId="4F6C348D" w14:textId="77777777" w:rsidR="0083297D" w:rsidRDefault="00000000">
      <w:pPr>
        <w:pStyle w:val="Lijstopsomteken"/>
        <w:spacing w:after="120"/>
      </w:pPr>
      <w:r>
        <w:t>gebruik van sterke wachtwoorden en waar mogelijk tweefactorauthenticatie;</w:t>
      </w:r>
    </w:p>
    <w:p w14:paraId="0528F399" w14:textId="77777777" w:rsidR="0083297D" w:rsidRDefault="00000000">
      <w:pPr>
        <w:pStyle w:val="Lijstopsomteken"/>
        <w:spacing w:after="120"/>
      </w:pPr>
      <w:r>
        <w:t>actuele beveiliging van apparaten en software;</w:t>
      </w:r>
    </w:p>
    <w:p w14:paraId="0F15D70D" w14:textId="77777777" w:rsidR="0083297D" w:rsidRDefault="00000000">
      <w:pPr>
        <w:pStyle w:val="Lijstopsomteken"/>
        <w:spacing w:after="120"/>
      </w:pPr>
      <w:r>
        <w:t>zorgvuldige omgang met laptops, telefoon en andere apparaten;</w:t>
      </w:r>
    </w:p>
    <w:p w14:paraId="53E7D67A" w14:textId="77777777" w:rsidR="0083297D" w:rsidRDefault="00000000">
      <w:pPr>
        <w:pStyle w:val="Lijstopsomteken"/>
        <w:spacing w:after="120"/>
      </w:pPr>
      <w:r>
        <w:t>geen opslag van patiëntendossiers op onbeveiligde privé-apparaten of losse gegevensdragers;</w:t>
      </w:r>
    </w:p>
    <w:p w14:paraId="001BEE7A" w14:textId="77777777" w:rsidR="0083297D" w:rsidRDefault="00000000">
      <w:pPr>
        <w:pStyle w:val="Lijstopsomteken"/>
        <w:spacing w:after="120"/>
      </w:pPr>
      <w:r>
        <w:t>verwerkersovereenkomsten met leveranciers waar nodig;</w:t>
      </w:r>
    </w:p>
    <w:p w14:paraId="4A985DDD" w14:textId="77777777" w:rsidR="0083297D" w:rsidRDefault="00000000">
      <w:pPr>
        <w:pStyle w:val="Lijstopsomteken"/>
        <w:spacing w:after="120"/>
      </w:pPr>
      <w:r>
        <w:t>regelmatige beoordeling of gebruikte systemen nog passend en veilig zijn;</w:t>
      </w:r>
    </w:p>
    <w:p w14:paraId="5255D32F" w14:textId="77777777" w:rsidR="0083297D" w:rsidRDefault="00000000">
      <w:pPr>
        <w:pStyle w:val="Lijstopsomteken"/>
        <w:spacing w:after="120"/>
      </w:pPr>
      <w:r>
        <w:t>digitale formulieren en documenten worden zo veel mogelijk via beveiligde kanalen uitgewisseld.</w:t>
      </w:r>
    </w:p>
    <w:p w14:paraId="41938984" w14:textId="77777777" w:rsidR="0083297D" w:rsidRDefault="00000000">
      <w:pPr>
        <w:spacing w:after="120"/>
      </w:pPr>
      <w:r>
        <w:lastRenderedPageBreak/>
        <w:t>Ondanks alle maatregelen kan geen enkel systeem absolute veiligheid garanderen. Wanneer zich een datalek voordoet, handelt Psychologiepraktijk Haarlem volgens de AVG-regels voor datalekken. Indien nodig wordt melding gedaan bij de Autoriteit Persoonsgegevens en/of worden betrokkenen geïnformeerd.</w:t>
      </w:r>
    </w:p>
    <w:p w14:paraId="540F65D1" w14:textId="77777777" w:rsidR="0083297D" w:rsidRDefault="00000000">
      <w:pPr>
        <w:pStyle w:val="Kop1"/>
        <w:spacing w:after="120"/>
      </w:pPr>
      <w:r>
        <w:t>15. Bewaartermijnen</w:t>
      </w:r>
    </w:p>
    <w:p w14:paraId="6DC1ED19" w14:textId="77777777" w:rsidR="0083297D" w:rsidRDefault="00000000">
      <w:pPr>
        <w:spacing w:after="120"/>
      </w:pPr>
      <w:r>
        <w:t>Psychologiepraktijk Haarlem bewaart persoonsgegevens niet langer dan noodzakelijk is voor het doel waarvoor ze zijn verzameld, tenzij een wettelijke bewaartermijn geldt.</w:t>
      </w:r>
    </w:p>
    <w:tbl>
      <w:tblPr>
        <w:tblStyle w:val="Tabelraster"/>
        <w:tblW w:w="0" w:type="auto"/>
        <w:tblLook w:val="04A0" w:firstRow="1" w:lastRow="0" w:firstColumn="1" w:lastColumn="0" w:noHBand="0" w:noVBand="1"/>
      </w:tblPr>
      <w:tblGrid>
        <w:gridCol w:w="4816"/>
        <w:gridCol w:w="4816"/>
      </w:tblGrid>
      <w:tr w:rsidR="0083297D" w14:paraId="63F7F7A1" w14:textId="77777777">
        <w:tc>
          <w:tcPr>
            <w:tcW w:w="4816" w:type="dxa"/>
            <w:shd w:val="clear" w:color="auto" w:fill="EDEDED"/>
          </w:tcPr>
          <w:p w14:paraId="43B1C0AF" w14:textId="77777777" w:rsidR="0083297D" w:rsidRDefault="00000000">
            <w:r>
              <w:t>Categorie</w:t>
            </w:r>
          </w:p>
        </w:tc>
        <w:tc>
          <w:tcPr>
            <w:tcW w:w="4816" w:type="dxa"/>
            <w:shd w:val="clear" w:color="auto" w:fill="EDEDED"/>
          </w:tcPr>
          <w:p w14:paraId="1539C2EF" w14:textId="77777777" w:rsidR="0083297D" w:rsidRDefault="00000000">
            <w:r>
              <w:t>Bewaartermijn</w:t>
            </w:r>
          </w:p>
        </w:tc>
      </w:tr>
      <w:tr w:rsidR="0083297D" w14:paraId="18A07910" w14:textId="77777777">
        <w:tc>
          <w:tcPr>
            <w:tcW w:w="4816" w:type="dxa"/>
          </w:tcPr>
          <w:p w14:paraId="3AE3CD28" w14:textId="77777777" w:rsidR="0083297D" w:rsidRDefault="00000000">
            <w:r>
              <w:t>Medisch dossier</w:t>
            </w:r>
          </w:p>
        </w:tc>
        <w:tc>
          <w:tcPr>
            <w:tcW w:w="4816" w:type="dxa"/>
          </w:tcPr>
          <w:p w14:paraId="50424010" w14:textId="77777777" w:rsidR="0083297D" w:rsidRDefault="00000000">
            <w:r>
              <w:t>Minimaal 20 jaar na beëindiging van de behandelovereenkomst, conform de WGBO, tenzij een langere bewaartermijn wettelijk vereist of noodzakelijk is.</w:t>
            </w:r>
          </w:p>
        </w:tc>
      </w:tr>
      <w:tr w:rsidR="0083297D" w14:paraId="1D73A005" w14:textId="77777777">
        <w:tc>
          <w:tcPr>
            <w:tcW w:w="4816" w:type="dxa"/>
          </w:tcPr>
          <w:p w14:paraId="5F5106B8" w14:textId="77777777" w:rsidR="0083297D" w:rsidRDefault="00000000">
            <w:r>
              <w:t>Financiële administratie</w:t>
            </w:r>
          </w:p>
        </w:tc>
        <w:tc>
          <w:tcPr>
            <w:tcW w:w="4816" w:type="dxa"/>
          </w:tcPr>
          <w:p w14:paraId="427BAB9E" w14:textId="77777777" w:rsidR="0083297D" w:rsidRDefault="00000000">
            <w:r>
              <w:t>7 jaar, conform fiscale bewaarplicht.</w:t>
            </w:r>
          </w:p>
        </w:tc>
      </w:tr>
      <w:tr w:rsidR="0083297D" w14:paraId="11D8221D" w14:textId="77777777">
        <w:tc>
          <w:tcPr>
            <w:tcW w:w="4816" w:type="dxa"/>
          </w:tcPr>
          <w:p w14:paraId="77CEAE90" w14:textId="77777777" w:rsidR="0083297D" w:rsidRDefault="00000000">
            <w:r>
              <w:t>Aanmeldgegevens zonder behandelovereenkomst</w:t>
            </w:r>
          </w:p>
        </w:tc>
        <w:tc>
          <w:tcPr>
            <w:tcW w:w="4816" w:type="dxa"/>
          </w:tcPr>
          <w:p w14:paraId="4F0BC6D8" w14:textId="77777777" w:rsidR="0083297D" w:rsidRDefault="00000000">
            <w:r>
              <w:t>Niet langer dan noodzakelijk voor het beoordelen en afhandelen van de aanmelding.</w:t>
            </w:r>
          </w:p>
        </w:tc>
      </w:tr>
      <w:tr w:rsidR="0083297D" w14:paraId="1BBF27CA" w14:textId="77777777">
        <w:tc>
          <w:tcPr>
            <w:tcW w:w="4816" w:type="dxa"/>
          </w:tcPr>
          <w:p w14:paraId="2BA17D9D" w14:textId="77777777" w:rsidR="0083297D" w:rsidRDefault="00000000">
            <w:r>
              <w:t>Contactformulier en algemene correspondentie</w:t>
            </w:r>
          </w:p>
        </w:tc>
        <w:tc>
          <w:tcPr>
            <w:tcW w:w="4816" w:type="dxa"/>
          </w:tcPr>
          <w:p w14:paraId="6D5CCA06" w14:textId="77777777" w:rsidR="0083297D" w:rsidRDefault="00000000">
            <w:r>
              <w:t>Niet langer dan noodzakelijk voor beantwoording en administratie, tenzij de inhoud onderdeel wordt van het dossier.</w:t>
            </w:r>
          </w:p>
        </w:tc>
      </w:tr>
      <w:tr w:rsidR="0083297D" w14:paraId="778FED4F" w14:textId="77777777">
        <w:tc>
          <w:tcPr>
            <w:tcW w:w="4816" w:type="dxa"/>
          </w:tcPr>
          <w:p w14:paraId="0F664189" w14:textId="77777777" w:rsidR="0083297D" w:rsidRDefault="00000000">
            <w:r>
              <w:t>Video-opnames voor opleiding/supervisie</w:t>
            </w:r>
          </w:p>
        </w:tc>
        <w:tc>
          <w:tcPr>
            <w:tcW w:w="4816" w:type="dxa"/>
          </w:tcPr>
          <w:p w14:paraId="60ECCD61" w14:textId="77777777" w:rsidR="0083297D" w:rsidRDefault="00000000">
            <w:r>
              <w:t>Alleen zolang nodig voor het afgesproken doel en daarna verwijderd.</w:t>
            </w:r>
          </w:p>
        </w:tc>
      </w:tr>
      <w:tr w:rsidR="0083297D" w14:paraId="5AF836A0" w14:textId="77777777">
        <w:tc>
          <w:tcPr>
            <w:tcW w:w="4816" w:type="dxa"/>
          </w:tcPr>
          <w:p w14:paraId="678FDF31" w14:textId="77777777" w:rsidR="0083297D" w:rsidRDefault="00000000">
            <w:r>
              <w:t>Website/serverlogs</w:t>
            </w:r>
          </w:p>
        </w:tc>
        <w:tc>
          <w:tcPr>
            <w:tcW w:w="4816" w:type="dxa"/>
          </w:tcPr>
          <w:p w14:paraId="15723F6F" w14:textId="77777777" w:rsidR="0083297D" w:rsidRDefault="00000000">
            <w:r>
              <w:t>Niet langer dan noodzakelijk voor beveiliging en beheer, afhankelijk van instellingen van de hostingpartij.</w:t>
            </w:r>
          </w:p>
        </w:tc>
      </w:tr>
    </w:tbl>
    <w:p w14:paraId="7F5485E4" w14:textId="77777777" w:rsidR="0083297D" w:rsidRDefault="00000000">
      <w:pPr>
        <w:spacing w:after="120"/>
      </w:pPr>
      <w:r>
        <w:t>Een verzoek tot vernietiging van gegevens kan worden gedaan, maar kan worden geweigerd wanneer bewaring wettelijk verplicht is of wanneer er een zwaarwegend belang bestaat om gegevens te bewaren.</w:t>
      </w:r>
    </w:p>
    <w:p w14:paraId="68A18000" w14:textId="77777777" w:rsidR="0083297D" w:rsidRDefault="00000000">
      <w:pPr>
        <w:pStyle w:val="Kop1"/>
        <w:spacing w:after="120"/>
      </w:pPr>
      <w:r>
        <w:t>16. Doorgifte buiten de Europese Economische Ruimte</w:t>
      </w:r>
    </w:p>
    <w:p w14:paraId="16B869BA" w14:textId="77777777" w:rsidR="0083297D" w:rsidRDefault="00000000">
      <w:pPr>
        <w:spacing w:after="120"/>
      </w:pPr>
      <w:r>
        <w:t>Psychologiepraktijk Haarlem streeft ernaar persoonsgegevens binnen de Europese Economische Ruimte (EER) te verwerken. Wanneer een leverancier persoonsgegevens buiten de EER verwerkt of toegankelijk maakt, gebeurt dit alleen wanneer dit volgens de AVG is toegestaan en passende waarborgen zijn getroffen, zoals een adequaatheidsbesluit, standaardcontractbepalingen of andere passende maatregelen.</w:t>
      </w:r>
    </w:p>
    <w:p w14:paraId="3BBCC35C" w14:textId="77777777" w:rsidR="0083297D" w:rsidRDefault="00000000">
      <w:pPr>
        <w:pStyle w:val="Kop1"/>
        <w:spacing w:after="120"/>
      </w:pPr>
      <w:r>
        <w:t>17. Rechten van betrokkenen</w:t>
      </w:r>
    </w:p>
    <w:p w14:paraId="539F8281" w14:textId="77777777" w:rsidR="0083297D" w:rsidRDefault="00000000">
      <w:pPr>
        <w:spacing w:after="120"/>
      </w:pPr>
      <w:r>
        <w:t>U heeft op grond van de AVG verschillende rechten. U kunt de praktijk verzoeken om:</w:t>
      </w:r>
    </w:p>
    <w:p w14:paraId="295E5FCA" w14:textId="77777777" w:rsidR="0083297D" w:rsidRDefault="00000000">
      <w:pPr>
        <w:pStyle w:val="Lijstopsomteken"/>
        <w:spacing w:after="120"/>
      </w:pPr>
      <w:r>
        <w:t>inzage in uw persoonsgegevens;</w:t>
      </w:r>
    </w:p>
    <w:p w14:paraId="248D8274" w14:textId="77777777" w:rsidR="0083297D" w:rsidRDefault="00000000">
      <w:pPr>
        <w:pStyle w:val="Lijstopsomteken"/>
        <w:spacing w:after="120"/>
      </w:pPr>
      <w:r>
        <w:t>correctie van onjuiste of onvolledige gegevens;</w:t>
      </w:r>
    </w:p>
    <w:p w14:paraId="63D26D36" w14:textId="77777777" w:rsidR="0083297D" w:rsidRDefault="00000000">
      <w:pPr>
        <w:pStyle w:val="Lijstopsomteken"/>
        <w:spacing w:after="120"/>
      </w:pPr>
      <w:r>
        <w:t>verwijdering van gegevens, voor zover dit wettelijk mogelijk is;</w:t>
      </w:r>
    </w:p>
    <w:p w14:paraId="1AB49EFD" w14:textId="77777777" w:rsidR="0083297D" w:rsidRDefault="00000000">
      <w:pPr>
        <w:pStyle w:val="Lijstopsomteken"/>
        <w:spacing w:after="120"/>
      </w:pPr>
      <w:r>
        <w:t>beperking van de verwerking;</w:t>
      </w:r>
    </w:p>
    <w:p w14:paraId="1E4418BE" w14:textId="77777777" w:rsidR="0083297D" w:rsidRDefault="00000000">
      <w:pPr>
        <w:pStyle w:val="Lijstopsomteken"/>
        <w:spacing w:after="120"/>
      </w:pPr>
      <w:r>
        <w:t>overdracht van gegevens aan uzelf of een andere zorgverlener, voor zover dit technisch en wettelijk mogelijk is;</w:t>
      </w:r>
    </w:p>
    <w:p w14:paraId="3575F9C8" w14:textId="77777777" w:rsidR="0083297D" w:rsidRDefault="00000000">
      <w:pPr>
        <w:pStyle w:val="Lijstopsomteken"/>
        <w:spacing w:after="120"/>
      </w:pPr>
      <w:r>
        <w:t>bezwaar tegen bepaalde verwerkingen;</w:t>
      </w:r>
    </w:p>
    <w:p w14:paraId="09FC2F72" w14:textId="77777777" w:rsidR="0083297D" w:rsidRDefault="00000000">
      <w:pPr>
        <w:pStyle w:val="Lijstopsomteken"/>
        <w:spacing w:after="120"/>
      </w:pPr>
      <w:r>
        <w:lastRenderedPageBreak/>
        <w:t>intrekking van eerder gegeven toestemming.</w:t>
      </w:r>
    </w:p>
    <w:p w14:paraId="2AB4EE53" w14:textId="77777777" w:rsidR="0083297D" w:rsidRDefault="00000000">
      <w:pPr>
        <w:spacing w:after="120"/>
      </w:pPr>
      <w:r>
        <w:t>Voor medische dossiers gelden naast de AVG ook de regels van de WGBO. Dit betekent dat sommige gegevens niet direct verwijderd kunnen worden wanneer de wet een bewaarplicht voorschrijft of wanneer bewaring noodzakelijk is voor goede zorgverlening of juridische verantwoording.</w:t>
      </w:r>
    </w:p>
    <w:p w14:paraId="7A27ABAF" w14:textId="77777777" w:rsidR="0083297D" w:rsidRDefault="00000000">
      <w:pPr>
        <w:spacing w:after="120"/>
      </w:pPr>
      <w:r>
        <w:t>Een verzoek kan worden ingediend via info@psychologiepraktijkhaarlem.nl. Psychologiepraktijk Haarlem kan vragen om aanvullende informatie om uw identiteit te controleren voordat aan een verzoek wordt voldaan. In principe ontvangt u binnen één maand een reactie. Bij complexe verzoeken kan deze termijn volgens de AVG worden verlengd.</w:t>
      </w:r>
    </w:p>
    <w:p w14:paraId="5EF247FE" w14:textId="77777777" w:rsidR="0083297D" w:rsidRDefault="00000000">
      <w:pPr>
        <w:pStyle w:val="Kop1"/>
        <w:spacing w:after="120"/>
      </w:pPr>
      <w:r>
        <w:t>18. Klachten en vragen</w:t>
      </w:r>
    </w:p>
    <w:p w14:paraId="0FC0B903" w14:textId="77777777" w:rsidR="0083297D" w:rsidRDefault="00000000">
      <w:pPr>
        <w:spacing w:after="120"/>
      </w:pPr>
      <w:r>
        <w:t>Heeft u vragen over deze privacyverklaring of over de manier waarop Psychologiepraktijk Haarlem met persoonsgegevens omgaat, dan kunt u contact opnemen met:</w:t>
      </w:r>
    </w:p>
    <w:p w14:paraId="6F86647B" w14:textId="24BE2DF8" w:rsidR="0083297D" w:rsidRDefault="00000000">
      <w:pPr>
        <w:spacing w:after="120"/>
      </w:pPr>
      <w:r>
        <w:t>Psychologiepraktijk Haarlem</w:t>
      </w:r>
      <w:r>
        <w:br/>
        <w:t>Monique Zijta, GZ-psycholoog</w:t>
      </w:r>
      <w:r>
        <w:br/>
        <w:t>BIG: 29935821525</w:t>
      </w:r>
      <w:r>
        <w:br/>
        <w:t>KvK: 42076991</w:t>
      </w:r>
      <w:r>
        <w:br/>
        <w:t>E-mail: info@psychologiepraktijkhaarlem.nl</w:t>
      </w:r>
      <w:r>
        <w:br/>
        <w:t>Website: www.psychologiepraktijkhaarlem.nl</w:t>
      </w:r>
      <w:r>
        <w:br/>
        <w:t xml:space="preserve">Telefoon: </w:t>
      </w:r>
      <w:r w:rsidR="00F57330">
        <w:t>0613097646</w:t>
      </w:r>
      <w:r w:rsidR="00F57330">
        <w:br/>
      </w:r>
      <w:r>
        <w:t xml:space="preserve">Praktijkadres: </w:t>
      </w:r>
      <w:r w:rsidR="00F57330">
        <w:t>Wagenweg 252 I, 2012 NP te Haarlem</w:t>
      </w:r>
    </w:p>
    <w:p w14:paraId="11C9ABF6" w14:textId="77777777" w:rsidR="0083297D" w:rsidRDefault="00000000">
      <w:pPr>
        <w:spacing w:after="120"/>
      </w:pPr>
      <w:r>
        <w:t>Wanneer u niet tevreden bent over de afhandeling van uw vraag of klacht, kunt u een klacht indienen bij de Autoriteit Persoonsgegevens.</w:t>
      </w:r>
    </w:p>
    <w:p w14:paraId="00D6B7CA" w14:textId="77777777" w:rsidR="0083297D" w:rsidRDefault="00000000">
      <w:pPr>
        <w:pStyle w:val="Kop1"/>
        <w:spacing w:after="120"/>
      </w:pPr>
      <w:r>
        <w:t>19. Wijzigingen</w:t>
      </w:r>
    </w:p>
    <w:p w14:paraId="4855756F" w14:textId="77777777" w:rsidR="0083297D" w:rsidRDefault="00000000">
      <w:pPr>
        <w:spacing w:after="120"/>
      </w:pPr>
      <w:r>
        <w:t>Psychologiepraktijk Haarlem kan deze privacyverklaring wijzigen wanneer wetgeving, praktijkvoering, gebruikte software of werkwijzen veranderen. De meest actuele versie wordt op de website van de praktijk geplaatst. Het is verstandig deze verklaring regelmatig te raadplegen.</w:t>
      </w:r>
    </w:p>
    <w:p w14:paraId="67EF497C" w14:textId="77777777" w:rsidR="0019219E" w:rsidRDefault="0019219E"/>
    <w:sectPr w:rsidR="0019219E" w:rsidSect="00034616">
      <w:footerReference w:type="default" r:id="rId8"/>
      <w:pgSz w:w="12240" w:h="15840"/>
      <w:pgMar w:top="1134" w:right="1304" w:bottom="1134" w:left="1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916F5" w14:textId="77777777" w:rsidR="0019219E" w:rsidRDefault="0019219E">
      <w:pPr>
        <w:spacing w:after="0" w:line="240" w:lineRule="auto"/>
      </w:pPr>
      <w:r>
        <w:separator/>
      </w:r>
    </w:p>
  </w:endnote>
  <w:endnote w:type="continuationSeparator" w:id="0">
    <w:p w14:paraId="1FC1C0F8" w14:textId="77777777" w:rsidR="0019219E" w:rsidRDefault="001921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1482A" w14:textId="77777777" w:rsidR="0083297D" w:rsidRDefault="00000000">
    <w:pPr>
      <w:pStyle w:val="Voettekst"/>
      <w:jc w:val="center"/>
    </w:pPr>
    <w:r>
      <w:rPr>
        <w:sz w:val="16"/>
      </w:rPr>
      <w:t>Privacyverklaring Psychologiepraktijk Haarlem | versie 1.0 | juli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F2BD0" w14:textId="77777777" w:rsidR="0019219E" w:rsidRDefault="0019219E">
      <w:pPr>
        <w:spacing w:after="0" w:line="240" w:lineRule="auto"/>
      </w:pPr>
      <w:r>
        <w:separator/>
      </w:r>
    </w:p>
  </w:footnote>
  <w:footnote w:type="continuationSeparator" w:id="0">
    <w:p w14:paraId="127760FE" w14:textId="77777777" w:rsidR="0019219E" w:rsidRDefault="001921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2040809667">
    <w:abstractNumId w:val="8"/>
  </w:num>
  <w:num w:numId="2" w16cid:durableId="228852573">
    <w:abstractNumId w:val="6"/>
  </w:num>
  <w:num w:numId="3" w16cid:durableId="799228001">
    <w:abstractNumId w:val="5"/>
  </w:num>
  <w:num w:numId="4" w16cid:durableId="203835600">
    <w:abstractNumId w:val="4"/>
  </w:num>
  <w:num w:numId="5" w16cid:durableId="1826436162">
    <w:abstractNumId w:val="7"/>
  </w:num>
  <w:num w:numId="6" w16cid:durableId="1032851643">
    <w:abstractNumId w:val="3"/>
  </w:num>
  <w:num w:numId="7" w16cid:durableId="1740592803">
    <w:abstractNumId w:val="2"/>
  </w:num>
  <w:num w:numId="8" w16cid:durableId="266080216">
    <w:abstractNumId w:val="1"/>
  </w:num>
  <w:num w:numId="9" w16cid:durableId="640575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9219E"/>
    <w:rsid w:val="0029639D"/>
    <w:rsid w:val="00326F90"/>
    <w:rsid w:val="00391257"/>
    <w:rsid w:val="0083297D"/>
    <w:rsid w:val="00A34E94"/>
    <w:rsid w:val="00AA1D8D"/>
    <w:rsid w:val="00B47730"/>
    <w:rsid w:val="00CB0664"/>
    <w:rsid w:val="00F5733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15D701"/>
  <w14:defaultImageDpi w14:val="300"/>
  <w15:docId w15:val="{9826DBEB-9224-453D-ABE3-25F9D12A8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rFonts w:ascii="Calibri" w:hAnsi="Calibri"/>
      <w:sz w:val="21"/>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6"/>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3"/>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3141</Words>
  <Characters>17280</Characters>
  <Application>Microsoft Office Word</Application>
  <DocSecurity>0</DocSecurity>
  <Lines>144</Lines>
  <Paragraphs>40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20381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Monique Zijta</cp:lastModifiedBy>
  <cp:revision>2</cp:revision>
  <dcterms:created xsi:type="dcterms:W3CDTF">2013-12-23T23:15:00Z</dcterms:created>
  <dcterms:modified xsi:type="dcterms:W3CDTF">2026-06-30T20:53:00Z</dcterms:modified>
  <cp:category/>
</cp:coreProperties>
</file>